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Use Policy</w:t>
      </w:r>
    </w:p>
    <w:p>
      <w:r>
        <w:rPr>
          <w:i/>
        </w:rPr>
        <w:t>[Business name]  ·  Effective [date]  ·  Owner: [name]</w:t>
      </w:r>
    </w:p>
    <w:p>
      <w:r>
        <w:rPr>
          <w:color w:val="6B7280"/>
        </w:rPr>
        <w:t>How to use this template: replace everything in [brackets], delete what does not fit your business, and read it with your team. Keep it to one or two pages. This is a practical starting point, not legal advice.</w:t>
      </w:r>
    </w:p>
    <w:p>
      <w:pPr>
        <w:pStyle w:val="Heading1"/>
      </w:pPr>
      <w:r>
        <w:t>1. Why we have this policy</w:t>
      </w:r>
    </w:p>
    <w:p>
      <w:r>
        <w:t>AI tools like ChatGPT, Claude, Gemini and Copilot can save us real time on writing, planning and answering questions. They can also make things up, and anything we type into them may leave our business. This policy tells everyone how to use AI in a way that helps our customers and protects them.</w:t>
      </w:r>
    </w:p>
    <w:p>
      <w:pPr>
        <w:pStyle w:val="Heading1"/>
      </w:pPr>
      <w:r>
        <w:t>2. Tools we approve</w:t>
      </w:r>
    </w:p>
    <w:p>
      <w:r>
        <w:t>Use only the tools on this list for work. Ask [owner] before trying a new one.</w:t>
      </w:r>
    </w:p>
    <w:p>
      <w:pPr>
        <w:pStyle w:val="ListBullet"/>
      </w:pPr>
      <w:r>
        <w:t>[Tool name], for [what we use it for], business account: [yes or no]</w:t>
      </w:r>
    </w:p>
    <w:p>
      <w:pPr>
        <w:pStyle w:val="ListBullet"/>
      </w:pPr>
      <w:r>
        <w:t>[Tool name], for [what we use it for], business account: [yes or no]</w:t>
      </w:r>
    </w:p>
    <w:p>
      <w:pPr>
        <w:pStyle w:val="ListBullet"/>
      </w:pPr>
      <w:r>
        <w:t>Turn off "use my data to train the model" in every tool that offers it.</w:t>
      </w:r>
    </w:p>
    <w:p>
      <w:pPr>
        <w:pStyle w:val="Heading1"/>
      </w:pPr>
      <w:r>
        <w:t>3. What AI is good for here</w:t>
      </w:r>
    </w:p>
    <w:p>
      <w:pPr>
        <w:pStyle w:val="ListBullet"/>
      </w:pPr>
      <w:r>
        <w:t>First drafts of emails, social posts, product descriptions and job listings</w:t>
      </w:r>
    </w:p>
    <w:p>
      <w:pPr>
        <w:pStyle w:val="ListBullet"/>
      </w:pPr>
      <w:r>
        <w:t>Replying to reviews, then edited by a person before posting</w:t>
      </w:r>
    </w:p>
    <w:p>
      <w:pPr>
        <w:pStyle w:val="ListBullet"/>
      </w:pPr>
      <w:r>
        <w:t>Summaries of long documents we are allowed to share</w:t>
      </w:r>
    </w:p>
    <w:p>
      <w:pPr>
        <w:pStyle w:val="ListBullet"/>
      </w:pPr>
      <w:r>
        <w:t>Ideas, checklists, schedules and meeting notes</w:t>
      </w:r>
    </w:p>
    <w:p>
      <w:pPr>
        <w:pStyle w:val="ListBullet"/>
      </w:pPr>
      <w:r>
        <w:t>Translating between English and Spanish, then checked by someone fluent</w:t>
      </w:r>
    </w:p>
    <w:p>
      <w:pPr>
        <w:pStyle w:val="ListBullet"/>
      </w:pPr>
      <w:r>
        <w:t>Small website edits, when our site is set up for it</w:t>
      </w:r>
    </w:p>
    <w:p>
      <w:pPr>
        <w:pStyle w:val="Heading1"/>
      </w:pPr>
      <w:r>
        <w:t>4. What never goes into an AI tool</w:t>
      </w:r>
    </w:p>
    <w:p>
      <w:r>
        <w:t>Do not paste or upload any of these, even into an approved tool:</w:t>
      </w:r>
    </w:p>
    <w:p>
      <w:pPr>
        <w:pStyle w:val="ListBullet"/>
      </w:pPr>
      <w:r>
        <w:t>Customer personal details: full names with addresses, phone numbers, birth dates, ID numbers</w:t>
      </w:r>
    </w:p>
    <w:p>
      <w:pPr>
        <w:pStyle w:val="ListBullet"/>
      </w:pPr>
      <w:r>
        <w:t>Card numbers, bank details, Social Security numbers or passwords</w:t>
      </w:r>
    </w:p>
    <w:p>
      <w:pPr>
        <w:pStyle w:val="ListBullet"/>
      </w:pPr>
      <w:r>
        <w:t>Employee records, pay, health or immigration information</w:t>
      </w:r>
    </w:p>
    <w:p>
      <w:pPr>
        <w:pStyle w:val="ListBullet"/>
      </w:pPr>
      <w:r>
        <w:t>Contracts, bids or anything under a confidentiality agreement</w:t>
      </w:r>
    </w:p>
    <w:p>
      <w:pPr>
        <w:pStyle w:val="ListBullet"/>
      </w:pPr>
      <w:r>
        <w:t>Anything a customer told us in confidence</w:t>
      </w:r>
    </w:p>
    <w:p>
      <w:pPr>
        <w:pStyle w:val="ListBullet"/>
      </w:pPr>
      <w:r>
        <w:t>If you are not sure, leave it out and ask [owner].</w:t>
      </w:r>
    </w:p>
    <w:p>
      <w:pPr>
        <w:pStyle w:val="Heading1"/>
      </w:pPr>
      <w:r>
        <w:t>5. A person checks everything before it goes out</w:t>
      </w:r>
    </w:p>
    <w:p>
      <w:r>
        <w:t>AI can sound confident and still be wrong. Before anything made with AI reaches a customer, a person on our team reads it and checks:</w:t>
      </w:r>
    </w:p>
    <w:p>
      <w:pPr>
        <w:pStyle w:val="ListBullet"/>
      </w:pPr>
      <w:r>
        <w:t>Prices, dates, hours, addresses and phone numbers</w:t>
      </w:r>
    </w:p>
    <w:p>
      <w:pPr>
        <w:pStyle w:val="ListBullet"/>
      </w:pPr>
      <w:r>
        <w:t>Names of people, products and places</w:t>
      </w:r>
    </w:p>
    <w:p>
      <w:pPr>
        <w:pStyle w:val="ListBullet"/>
      </w:pPr>
      <w:r>
        <w:t>Promises, guarantees and anything that sounds like legal, medical or tax advice</w:t>
      </w:r>
    </w:p>
    <w:p>
      <w:pPr>
        <w:pStyle w:val="ListBullet"/>
      </w:pPr>
      <w:r>
        <w:t>That it sounds like us, not like a robot</w:t>
      </w:r>
    </w:p>
    <w:p>
      <w:pPr>
        <w:pStyle w:val="Heading1"/>
      </w:pPr>
      <w:r>
        <w:t>6. Be honest with customers</w:t>
      </w:r>
    </w:p>
    <w:p>
      <w:pPr>
        <w:pStyle w:val="ListBullet"/>
      </w:pPr>
      <w:r>
        <w:t>Do not pretend an AI is a person. If a chat assistant answers customers, say so.</w:t>
      </w:r>
    </w:p>
    <w:p>
      <w:pPr>
        <w:pStyle w:val="ListBullet"/>
      </w:pPr>
      <w:r>
        <w:t>Do not post fake reviews or testimonials, written by AI or anyone else.</w:t>
      </w:r>
    </w:p>
    <w:p>
      <w:pPr>
        <w:pStyle w:val="ListBullet"/>
      </w:pPr>
      <w:r>
        <w:t>Do not use AI to copy another business's words, photos or logo.</w:t>
      </w:r>
    </w:p>
    <w:p>
      <w:pPr>
        <w:pStyle w:val="Heading1"/>
      </w:pPr>
      <w:r>
        <w:t>7. Images and designs</w:t>
      </w:r>
    </w:p>
    <w:p>
      <w:r>
        <w:t>AI images are fine for social posts and ideas. For our logo, signs, menus and anything we print or trademark, use work we own the rights to. Never use AI to create images of real people without their permission.</w:t>
      </w:r>
    </w:p>
    <w:p>
      <w:pPr>
        <w:pStyle w:val="Heading1"/>
      </w:pPr>
      <w:r>
        <w:t>8. Accounts and access</w:t>
      </w:r>
    </w:p>
    <w:p>
      <w:pPr>
        <w:pStyle w:val="ListBullet"/>
      </w:pPr>
      <w:r>
        <w:t>Use business accounts, not personal ones, for work.</w:t>
      </w:r>
    </w:p>
    <w:p>
      <w:pPr>
        <w:pStyle w:val="ListBullet"/>
      </w:pPr>
      <w:r>
        <w:t>Turn on two step sign in for every AI account.</w:t>
      </w:r>
    </w:p>
    <w:p>
      <w:pPr>
        <w:pStyle w:val="ListBullet"/>
      </w:pPr>
      <w:r>
        <w:t>When someone leaves the team, remove their access the same day.</w:t>
      </w:r>
    </w:p>
    <w:p>
      <w:pPr>
        <w:pStyle w:val="Heading1"/>
      </w:pPr>
      <w:r>
        <w:t>9. When something goes wrong</w:t>
      </w:r>
    </w:p>
    <w:p>
      <w:r>
        <w:t>If you pasted something you should not have, or AI output went out with a mistake, tell [owner] right away at [phone or email]. We fix it together. Nobody gets in trouble for reporting a mistake quickly.</w:t>
      </w:r>
    </w:p>
    <w:p>
      <w:pPr>
        <w:pStyle w:val="Heading1"/>
      </w:pPr>
      <w:r>
        <w:t>10. Review</w:t>
      </w:r>
    </w:p>
    <w:p>
      <w:r>
        <w:t>[Owner] reviews this policy every [6 months] and whenever we add a new AI tool.</w:t>
      </w:r>
    </w:p>
    <w:p/>
    <w:p>
      <w:r>
        <w:t>I have read this policy and will follow it.</w:t>
      </w:r>
    </w:p>
    <w:p>
      <w:r>
        <w:t>Name: ______________________    Signature: ______________________    Date: __________</w:t>
      </w:r>
    </w:p>
    <w:p/>
    <w:p>
      <w:r>
        <w:rPr>
          <w:i/>
          <w:color w:val="6B7280"/>
          <w:sz w:val="18"/>
        </w:rPr>
        <w:t>Template from Owned Web, ownedweb.com. Free to use and change for your business.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2A2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2A22"/>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2A22"/>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