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Arial" w:hAnsi="Arial" w:eastAsia="Arial"/>
          <w:b/>
          <w:i w:val="0"/>
          <w:color w:val="1F2A22"/>
          <w:sz w:val="48"/>
        </w:rPr>
        <w:t>Google Reviews Kit</w:t>
      </w:r>
    </w:p>
    <w:p>
      <w:pPr>
        <w:spacing w:after="200" w:before="0"/>
      </w:pPr>
      <w:r>
        <w:rPr>
          <w:rFonts w:ascii="Arial" w:hAnsi="Arial" w:eastAsia="Arial"/>
          <w:b w:val="0"/>
          <w:i w:val="0"/>
          <w:color w:val="5A6058"/>
          <w:sz w:val="19"/>
        </w:rPr>
        <w:t>[Business name]  ·  Set up on [date]  ·  By Owned Web, ownedweb.com</w:t>
      </w: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FF4E5"/>
          </w:tcPr>
          <w:p>
            <w:pPr>
              <w:spacing w:after="60"/>
            </w:pPr>
            <w:r>
              <w:rPr>
                <w:rFonts w:ascii="Arial" w:hAnsi="Arial" w:eastAsia="Arial"/>
                <w:b/>
                <w:i w:val="0"/>
                <w:color w:val="E8431A"/>
                <w:sz w:val="16"/>
              </w:rPr>
              <w:t>HOW TO USE THIS KIT</w:t>
            </w:r>
          </w:p>
          <w:p>
            <w:pPr>
              <w:spacing w:after="40" w:before="0"/>
            </w:pPr>
            <w:r>
              <w:rPr>
                <w:rFonts w:ascii="Arial" w:hAnsi="Arial" w:eastAsia="Arial"/>
                <w:b w:val="0"/>
                <w:i w:val="0"/>
                <w:color w:val="1F2A22"/>
                <w:sz w:val="20"/>
              </w:rPr>
              <w:t>Replace everything in [brackets], print the card, save the prompts in ChatGPT or Claude, and set a weekly reminder. The card, messages and prompts come in English and Spanish so you can answer each customer in their language.</w:t>
            </w:r>
          </w:p>
        </w:tc>
      </w:tr>
    </w:tbl>
    <w:p>
      <w:pPr>
        <w:spacing w:after="80" w:before="0"/>
      </w:pPr>
    </w:p>
    <w:p>
      <w:pPr>
        <w:keepNext/>
        <w:spacing w:after="120" w:before="320"/>
      </w:pPr>
      <w:r>
        <w:rPr>
          <w:rFonts w:ascii="Arial" w:hAnsi="Arial" w:eastAsia="Arial"/>
          <w:b/>
          <w:i w:val="0"/>
          <w:color w:val="1F2A22"/>
          <w:sz w:val="30"/>
        </w:rPr>
        <w:t>1. Your review link and QR code</w:t>
      </w:r>
    </w:p>
    <w:p>
      <w:pPr>
        <w:spacing w:after="80" w:before="0"/>
        <w:ind w:left="397" w:hanging="397"/>
      </w:pPr>
      <w:r>
        <w:rPr>
          <w:rFonts w:ascii="Arial" w:hAnsi="Arial" w:eastAsia="Arial"/>
          <w:b/>
          <w:i w:val="0"/>
          <w:color w:val="E8431A"/>
          <w:sz w:val="21"/>
        </w:rPr>
        <w:t xml:space="preserve">1.  </w:t>
      </w:r>
      <w:r>
        <w:rPr>
          <w:rFonts w:ascii="Arial" w:hAnsi="Arial" w:eastAsia="Arial"/>
          <w:b w:val="0"/>
          <w:i w:val="0"/>
          <w:color w:val="1F2A22"/>
          <w:sz w:val="21"/>
        </w:rPr>
        <w:t>Search your business name on Google while signed in to the account that manages it, or open the Business Profile app.</w:t>
      </w:r>
    </w:p>
    <w:p>
      <w:pPr>
        <w:spacing w:after="80" w:before="0"/>
        <w:ind w:left="397" w:hanging="397"/>
      </w:pPr>
      <w:r>
        <w:rPr>
          <w:rFonts w:ascii="Arial" w:hAnsi="Arial" w:eastAsia="Arial"/>
          <w:b/>
          <w:i w:val="0"/>
          <w:color w:val="E8431A"/>
          <w:sz w:val="21"/>
        </w:rPr>
        <w:t xml:space="preserve">2.  </w:t>
      </w:r>
      <w:r>
        <w:rPr>
          <w:rFonts w:ascii="Arial" w:hAnsi="Arial" w:eastAsia="Arial"/>
          <w:b w:val="0"/>
          <w:i w:val="0"/>
          <w:color w:val="1F2A22"/>
          <w:sz w:val="21"/>
        </w:rPr>
        <w:t>Choose Ask for reviews (on some profiles it says Get more reviews).</w:t>
      </w:r>
    </w:p>
    <w:p>
      <w:pPr>
        <w:spacing w:after="80" w:before="0"/>
        <w:ind w:left="397" w:hanging="397"/>
      </w:pPr>
      <w:r>
        <w:rPr>
          <w:rFonts w:ascii="Arial" w:hAnsi="Arial" w:eastAsia="Arial"/>
          <w:b/>
          <w:i w:val="0"/>
          <w:color w:val="E8431A"/>
          <w:sz w:val="21"/>
        </w:rPr>
        <w:t xml:space="preserve">3.  </w:t>
      </w:r>
      <w:r>
        <w:rPr>
          <w:rFonts w:ascii="Arial" w:hAnsi="Arial" w:eastAsia="Arial"/>
          <w:b w:val="0"/>
          <w:i w:val="0"/>
          <w:color w:val="1F2A22"/>
          <w:sz w:val="21"/>
        </w:rPr>
        <w:t>Copy the short link. If you see a QR code option, download it too. If not, paste the link into any free QR code maker.</w:t>
      </w:r>
    </w:p>
    <w:p>
      <w:pPr>
        <w:spacing w:after="80" w:before="0"/>
        <w:ind w:left="397" w:hanging="397"/>
      </w:pPr>
      <w:r>
        <w:rPr>
          <w:rFonts w:ascii="Arial" w:hAnsi="Arial" w:eastAsia="Arial"/>
          <w:b/>
          <w:i w:val="0"/>
          <w:color w:val="E8431A"/>
          <w:sz w:val="21"/>
        </w:rPr>
        <w:t xml:space="preserve">4.  </w:t>
      </w:r>
      <w:r>
        <w:rPr>
          <w:rFonts w:ascii="Arial" w:hAnsi="Arial" w:eastAsia="Arial"/>
          <w:b w:val="0"/>
          <w:i w:val="0"/>
          <w:color w:val="1F2A22"/>
          <w:sz w:val="21"/>
        </w:rPr>
        <w:t>More than one location? Each one has its own Business Profile and its own link. Use the right one at each counter.</w:t>
      </w:r>
    </w:p>
    <w:p>
      <w:pPr>
        <w:spacing w:after="80" w:before="0"/>
        <w:ind w:left="397" w:hanging="397"/>
      </w:pPr>
      <w:r>
        <w:rPr>
          <w:rFonts w:ascii="Arial" w:hAnsi="Arial" w:eastAsia="Arial"/>
          <w:b/>
          <w:i w:val="0"/>
          <w:color w:val="E8431A"/>
          <w:sz w:val="21"/>
        </w:rPr>
        <w:t xml:space="preserve">5.  </w:t>
      </w:r>
      <w:r>
        <w:rPr>
          <w:rFonts w:ascii="Arial" w:hAnsi="Arial" w:eastAsia="Arial"/>
          <w:b w:val="0"/>
          <w:i w:val="0"/>
          <w:color w:val="1F2A22"/>
          <w:sz w:val="21"/>
        </w:rPr>
        <w:t>Scan the code with your own phone before you print anything.</w:t>
      </w:r>
    </w:p>
    <w:p>
      <w:pPr>
        <w:spacing w:after="160" w:before="0"/>
      </w:pPr>
      <w:r>
        <w:rPr>
          <w:rFonts w:ascii="Arial" w:hAnsi="Arial" w:eastAsia="Arial"/>
          <w:b/>
          <w:i w:val="0"/>
          <w:color w:val="1F2A22"/>
          <w:sz w:val="21"/>
        </w:rPr>
        <w:t xml:space="preserve">My review link: </w:t>
      </w:r>
      <w:r>
        <w:rPr>
          <w:rFonts w:ascii="Arial" w:hAnsi="Arial" w:eastAsia="Arial"/>
          <w:b w:val="0"/>
          <w:i w:val="0"/>
          <w:color w:val="5A6058"/>
          <w:sz w:val="21"/>
        </w:rPr>
        <w:t>______________________________________________</w:t>
      </w:r>
    </w:p>
    <w:p>
      <w:pPr>
        <w:keepNext/>
        <w:spacing w:after="120" w:before="320"/>
      </w:pPr>
      <w:r>
        <w:rPr>
          <w:rFonts w:ascii="Arial" w:hAnsi="Arial" w:eastAsia="Arial"/>
          <w:b/>
          <w:i w:val="0"/>
          <w:color w:val="1F2A22"/>
          <w:sz w:val="30"/>
        </w:rPr>
        <w:t>2. Counter card to print</w:t>
      </w:r>
    </w:p>
    <w:p>
      <w:pPr>
        <w:spacing w:after="160" w:before="0"/>
      </w:pPr>
      <w:r>
        <w:rPr>
          <w:rFonts w:ascii="Arial" w:hAnsi="Arial" w:eastAsia="Arial"/>
          <w:b w:val="0"/>
          <w:i w:val="0"/>
          <w:color w:val="5A6058"/>
          <w:sz w:val="20"/>
        </w:rPr>
        <w:t>Paste your QR code into the square, print on card stock and cut along the border. One side English, one side Spanish, or print both.</w:t>
      </w:r>
    </w:p>
    <w:tbl>
      <w:tblPr>
        <w:tblW w:type="auto" w:w="0"/>
        <w:jc w:val="center"/>
        <w:tblLook w:firstColumn="1" w:firstRow="1" w:lastColumn="0" w:lastRow="0" w:noHBand="0" w:noVBand="1" w:val="04A0"/>
        <w:tblBorders>
          <w:top w:val="dashed" w:sz="16" w:color="1F2A22"/>
          <w:left w:val="dashed" w:sz="16" w:color="1F2A22"/>
          <w:bottom w:val="dashed" w:sz="16" w:color="1F2A22"/>
          <w:right w:val="dashed" w:sz="16" w:color="1F2A22"/>
          <w:insideH w:val="dashed" w:sz="16" w:color="1F2A22"/>
          <w:insideV w:val="dashed" w:sz="16" w:color="1F2A22"/>
        </w:tblBorders>
        <w:tblLayout w:type="fixed"/>
        <w:tblCellMar>
          <w:top w:w="200" w:type="dxa"/>
          <w:left w:w="260" w:type="dxa"/>
          <w:bottom w:w="200" w:type="dxa"/>
          <w:right w:w="260" w:type="dxa"/>
        </w:tblCellMar>
        <w:tblLayout w:type="fixed"/>
      </w:tblPr>
      <w:tblGrid>
        <w:gridCol w:w="4873"/>
        <w:gridCol w:w="4873"/>
      </w:tblGrid>
      <w:tr>
        <w:tc>
          <w:tcPr>
            <w:tcW w:type="dxa" w:w="5953"/>
            <w:shd w:val="clear" w:color="auto" w:fill="FFFFFF"/>
          </w:tcPr>
          <w:p>
            <w:pPr>
              <w:spacing w:before="200"/>
            </w:pPr>
            <w:r>
              <w:rPr>
                <w:rFonts w:ascii="Arial" w:hAnsi="Arial" w:eastAsia="Arial"/>
                <w:b w:val="0"/>
                <w:i w:val="0"/>
                <w:color w:val="E8431A"/>
                <w:sz w:val="32"/>
              </w:rPr>
              <w:t>★★★★★</w:t>
            </w:r>
          </w:p>
          <w:p>
            <w:pPr>
              <w:spacing w:after="80" w:before="0"/>
            </w:pPr>
            <w:r>
              <w:rPr>
                <w:rFonts w:ascii="Arial" w:hAnsi="Arial" w:eastAsia="Arial"/>
                <w:b/>
                <w:i w:val="0"/>
                <w:color w:val="1F2A22"/>
                <w:sz w:val="40"/>
              </w:rPr>
              <w:t>Did we get it right?</w:t>
            </w:r>
          </w:p>
          <w:p>
            <w:pPr>
              <w:spacing w:after="200" w:before="0"/>
            </w:pPr>
            <w:r>
              <w:rPr>
                <w:rFonts w:ascii="Arial" w:hAnsi="Arial" w:eastAsia="Arial"/>
                <w:b w:val="0"/>
                <w:i w:val="0"/>
                <w:color w:val="1F2A22"/>
                <w:sz w:val="22"/>
              </w:rPr>
              <w:t>Tell Google. Scan the code, it takes a minute.</w:t>
            </w:r>
          </w:p>
          <w:p>
            <w:pPr>
              <w:spacing w:after="200" w:before="0"/>
            </w:pPr>
            <w:r>
              <w:rPr>
                <w:rFonts w:ascii="Arial" w:hAnsi="Arial" w:eastAsia="Arial"/>
                <w:b w:val="0"/>
                <w:i/>
                <w:color w:val="5A6058"/>
                <w:sz w:val="18"/>
              </w:rPr>
              <w:t>Thank you from all of us at [business name].</w:t>
            </w:r>
          </w:p>
        </w:tc>
        <w:tc>
          <w:tcPr>
            <w:tcW w:type="dxa" w:w="3118"/>
            <w:shd w:val="clear" w:color="auto" w:fill="FFFFFF"/>
          </w:tcPr>
          <w:p>
            <w:pPr>
              <w:spacing w:before="800"/>
              <w:jc w:val="center"/>
            </w:pPr>
            <w:r>
              <w:rPr>
                <w:rFonts w:ascii="Arial" w:hAnsi="Arial" w:eastAsia="Arial"/>
                <w:b w:val="0"/>
                <w:i w:val="0"/>
                <w:color w:val="5A6058"/>
                <w:sz w:val="18"/>
              </w:rPr>
              <w:t>[ Paste your QR code here ]</w:t>
            </w:r>
          </w:p>
        </w:tc>
      </w:tr>
    </w:tbl>
    <w:p>
      <w:pPr>
        <w:spacing w:after="160" w:before="0"/>
      </w:pPr>
    </w:p>
    <w:tbl>
      <w:tblPr>
        <w:tblW w:type="auto" w:w="0"/>
        <w:jc w:val="center"/>
        <w:tblLook w:firstColumn="1" w:firstRow="1" w:lastColumn="0" w:lastRow="0" w:noHBand="0" w:noVBand="1" w:val="04A0"/>
        <w:tblBorders>
          <w:top w:val="dashed" w:sz="16" w:color="1F2A22"/>
          <w:left w:val="dashed" w:sz="16" w:color="1F2A22"/>
          <w:bottom w:val="dashed" w:sz="16" w:color="1F2A22"/>
          <w:right w:val="dashed" w:sz="16" w:color="1F2A22"/>
          <w:insideH w:val="dashed" w:sz="16" w:color="1F2A22"/>
          <w:insideV w:val="dashed" w:sz="16" w:color="1F2A22"/>
        </w:tblBorders>
        <w:tblLayout w:type="fixed"/>
        <w:tblCellMar>
          <w:top w:w="200" w:type="dxa"/>
          <w:left w:w="260" w:type="dxa"/>
          <w:bottom w:w="200" w:type="dxa"/>
          <w:right w:w="260" w:type="dxa"/>
        </w:tblCellMar>
        <w:tblLayout w:type="fixed"/>
      </w:tblPr>
      <w:tblGrid>
        <w:gridCol w:w="4873"/>
        <w:gridCol w:w="4873"/>
      </w:tblGrid>
      <w:tr>
        <w:tc>
          <w:tcPr>
            <w:tcW w:type="dxa" w:w="5953"/>
            <w:shd w:val="clear" w:color="auto" w:fill="FFFFFF"/>
          </w:tcPr>
          <w:p>
            <w:pPr>
              <w:spacing w:before="200"/>
            </w:pPr>
            <w:r>
              <w:rPr>
                <w:rFonts w:ascii="Arial" w:hAnsi="Arial" w:eastAsia="Arial"/>
                <w:b w:val="0"/>
                <w:i w:val="0"/>
                <w:color w:val="E8431A"/>
                <w:sz w:val="32"/>
              </w:rPr>
              <w:t>★★★★★</w:t>
            </w:r>
          </w:p>
          <w:p>
            <w:pPr>
              <w:spacing w:after="80" w:before="0"/>
            </w:pPr>
            <w:r>
              <w:rPr>
                <w:rFonts w:ascii="Arial" w:hAnsi="Arial" w:eastAsia="Arial"/>
                <w:b/>
                <w:i w:val="0"/>
                <w:color w:val="1F2A22"/>
                <w:sz w:val="40"/>
              </w:rPr>
              <w:t>¿Te atendimos bien?</w:t>
            </w:r>
          </w:p>
          <w:p>
            <w:pPr>
              <w:spacing w:after="200" w:before="0"/>
            </w:pPr>
            <w:r>
              <w:rPr>
                <w:rFonts w:ascii="Arial" w:hAnsi="Arial" w:eastAsia="Arial"/>
                <w:b w:val="0"/>
                <w:i w:val="0"/>
                <w:color w:val="1F2A22"/>
                <w:sz w:val="22"/>
              </w:rPr>
              <w:t>Cuéntaselo a Google. Escanea el código, es un minuto.</w:t>
            </w:r>
          </w:p>
          <w:p>
            <w:pPr>
              <w:spacing w:after="200" w:before="0"/>
            </w:pPr>
            <w:r>
              <w:rPr>
                <w:rFonts w:ascii="Arial" w:hAnsi="Arial" w:eastAsia="Arial"/>
                <w:b w:val="0"/>
                <w:i/>
                <w:color w:val="5A6058"/>
                <w:sz w:val="18"/>
              </w:rPr>
              <w:t>Gracias de parte de todos en [nombre del negocio].</w:t>
            </w:r>
          </w:p>
        </w:tc>
        <w:tc>
          <w:tcPr>
            <w:tcW w:type="dxa" w:w="3118"/>
            <w:shd w:val="clear" w:color="auto" w:fill="FFFFFF"/>
          </w:tcPr>
          <w:p>
            <w:pPr>
              <w:spacing w:before="800"/>
              <w:jc w:val="center"/>
            </w:pPr>
            <w:r>
              <w:rPr>
                <w:rFonts w:ascii="Arial" w:hAnsi="Arial" w:eastAsia="Arial"/>
                <w:b w:val="0"/>
                <w:i w:val="0"/>
                <w:color w:val="5A6058"/>
                <w:sz w:val="18"/>
              </w:rPr>
              <w:t>[ Pega aquí tu código QR ]</w:t>
            </w:r>
          </w:p>
        </w:tc>
      </w:tr>
    </w:tbl>
    <w:p>
      <w:pPr>
        <w:spacing w:after="160" w:before="0"/>
      </w:pPr>
    </w:p>
    <w:p>
      <w:pPr>
        <w:keepNext/>
        <w:spacing w:after="120" w:before="320"/>
      </w:pPr>
      <w:r>
        <w:rPr>
          <w:rFonts w:ascii="Arial" w:hAnsi="Arial" w:eastAsia="Arial"/>
          <w:b/>
          <w:i w:val="0"/>
          <w:color w:val="1F2A22"/>
          <w:sz w:val="30"/>
        </w:rPr>
        <w:t>3. Messages to ask for a review</w:t>
      </w:r>
    </w:p>
    <w:p>
      <w:pPr>
        <w:spacing w:after="160" w:before="0"/>
      </w:pPr>
      <w:r>
        <w:rPr>
          <w:rFonts w:ascii="Arial" w:hAnsi="Arial" w:eastAsia="Arial"/>
          <w:b w:val="0"/>
          <w:i w:val="0"/>
          <w:color w:val="5A6058"/>
          <w:sz w:val="20"/>
        </w:rPr>
        <w:t>Ask everyone the same way, right after the good part. Never offer anything in exchange.</w:t>
      </w: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SAME DAY TEXT OR WHATSAPP</w:t>
            </w:r>
          </w:p>
          <w:p>
            <w:pPr>
              <w:spacing w:after="40" w:before="0"/>
            </w:pPr>
            <w:r>
              <w:rPr>
                <w:rFonts w:ascii="Arial" w:hAnsi="Arial" w:eastAsia="Arial"/>
                <w:b w:val="0"/>
                <w:i w:val="0"/>
                <w:color w:val="1F2A22"/>
                <w:sz w:val="20"/>
              </w:rPr>
              <w:t>Hi [first name], thanks for coming in today. If you have a minute, a Google review helps us a lot: [link]</w:t>
            </w:r>
          </w:p>
        </w:tc>
      </w:tr>
    </w:tbl>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AFTER A JOB OR DELIVERY</w:t>
            </w:r>
          </w:p>
          <w:p>
            <w:pPr>
              <w:spacing w:after="40" w:before="0"/>
            </w:pPr>
            <w:r>
              <w:rPr>
                <w:rFonts w:ascii="Arial" w:hAnsi="Arial" w:eastAsia="Arial"/>
                <w:b w:val="0"/>
                <w:i w:val="0"/>
                <w:color w:val="1F2A22"/>
                <w:sz w:val="20"/>
              </w:rPr>
              <w:t>Hi [first name], it was good working with you. If you're happy with how it turned out, would you tell Google? [link]</w:t>
            </w:r>
          </w:p>
        </w:tc>
      </w:tr>
    </w:tbl>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RECEIPT OR INVOICE EMAIL</w:t>
            </w:r>
          </w:p>
          <w:p>
            <w:pPr>
              <w:spacing w:after="40" w:before="0"/>
            </w:pPr>
            <w:r>
              <w:rPr>
                <w:rFonts w:ascii="Arial" w:hAnsi="Arial" w:eastAsia="Arial"/>
                <w:b w:val="0"/>
                <w:i w:val="0"/>
                <w:color w:val="1F2A22"/>
                <w:sz w:val="20"/>
              </w:rPr>
              <w:t>Thanks for choosing [business name]. Tell us how we did on Google: [link]</w:t>
            </w:r>
          </w:p>
        </w:tc>
      </w:tr>
    </w:tbl>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MENSAJE O WHATSAPP EL MISMO DÍA</w:t>
            </w:r>
          </w:p>
          <w:p>
            <w:pPr>
              <w:spacing w:after="40" w:before="0"/>
            </w:pPr>
            <w:r>
              <w:rPr>
                <w:rFonts w:ascii="Arial" w:hAnsi="Arial" w:eastAsia="Arial"/>
                <w:b w:val="0"/>
                <w:i w:val="0"/>
                <w:color w:val="1F2A22"/>
                <w:sz w:val="20"/>
              </w:rPr>
              <w:t>Hola [nombre], gracias por venir hoy. Si tienes un minuto, una reseña en Google nos ayuda mucho: [enlace]</w:t>
            </w:r>
          </w:p>
        </w:tc>
      </w:tr>
    </w:tbl>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DESPUÉS DE UN TRABAJO O ENTREGA</w:t>
            </w:r>
          </w:p>
          <w:p>
            <w:pPr>
              <w:spacing w:after="40" w:before="0"/>
            </w:pPr>
            <w:r>
              <w:rPr>
                <w:rFonts w:ascii="Arial" w:hAnsi="Arial" w:eastAsia="Arial"/>
                <w:b w:val="0"/>
                <w:i w:val="0"/>
                <w:color w:val="1F2A22"/>
                <w:sz w:val="20"/>
              </w:rPr>
              <w:t>Hola [nombre], fue un gusto trabajar contigo. Si quedaste contento con el resultado, ¿nos dejas una reseña en Google? [enlace]</w:t>
            </w:r>
          </w:p>
        </w:tc>
      </w:tr>
    </w:tbl>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TICKET O FACTURA POR CORREO</w:t>
            </w:r>
          </w:p>
          <w:p>
            <w:pPr>
              <w:spacing w:after="40" w:before="0"/>
            </w:pPr>
            <w:r>
              <w:rPr>
                <w:rFonts w:ascii="Arial" w:hAnsi="Arial" w:eastAsia="Arial"/>
                <w:b w:val="0"/>
                <w:i w:val="0"/>
                <w:color w:val="1F2A22"/>
                <w:sz w:val="20"/>
              </w:rPr>
              <w:t>Gracias por elegir [nombre del negocio]. Cuéntanos en Google cómo te atendimos: [enlace]</w:t>
            </w:r>
          </w:p>
        </w:tc>
      </w:tr>
    </w:tbl>
    <w:p>
      <w:pPr>
        <w:spacing w:after="80" w:before="0"/>
      </w:pPr>
    </w:p>
    <w:p>
      <w:pPr>
        <w:keepNext/>
        <w:spacing w:after="120" w:before="320"/>
      </w:pPr>
      <w:r>
        <w:rPr>
          <w:rFonts w:ascii="Arial" w:hAnsi="Arial" w:eastAsia="Arial"/>
          <w:b/>
          <w:i w:val="0"/>
          <w:color w:val="1F2A22"/>
          <w:sz w:val="30"/>
        </w:rPr>
        <w:t>4. Reply to every review with AI</w:t>
      </w:r>
    </w:p>
    <w:p>
      <w:pPr>
        <w:spacing w:after="160" w:before="0"/>
      </w:pPr>
      <w:r>
        <w:rPr>
          <w:rFonts w:ascii="Arial" w:hAnsi="Arial" w:eastAsia="Arial"/>
          <w:b w:val="0"/>
          <w:i w:val="0"/>
          <w:color w:val="5A6058"/>
          <w:sz w:val="20"/>
        </w:rPr>
        <w:t>Paste this prompt into ChatGPT or Claude, then paste a review below it. Read every draft before you post it.</w:t>
      </w: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PROMPT IN ENGLISH</w:t>
            </w:r>
          </w:p>
          <w:p>
            <w:pPr>
              <w:spacing w:after="40" w:before="0"/>
            </w:pPr>
            <w:r>
              <w:rPr>
                <w:rFonts w:ascii="Arial" w:hAnsi="Arial" w:eastAsia="Arial"/>
                <w:b w:val="0"/>
                <w:i w:val="0"/>
                <w:color w:val="1F2A22"/>
                <w:sz w:val="20"/>
              </w:rPr>
              <w:t>You help me reply to Google reviews for [business name], a [type of business] in [city]. Write like the owner: warm, short, plain words, no corporate language. Reply in the same language as the review, English or Spanish. Thank the person by first name, mention one specific thing they said, and keep it under 60 words. If the review is negative, apologize once, don't argue, and invite them to contact [phone or email]. Never mention order details, prices paid or anything private. Never offer a deal or discount in a reply. Here is the review: [paste review]</w:t>
            </w:r>
          </w:p>
        </w:tc>
      </w:tr>
    </w:tbl>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PROMPT IN SPANISH</w:t>
            </w:r>
          </w:p>
          <w:p>
            <w:pPr>
              <w:spacing w:after="40" w:before="0"/>
            </w:pPr>
            <w:r>
              <w:rPr>
                <w:rFonts w:ascii="Arial" w:hAnsi="Arial" w:eastAsia="Arial"/>
                <w:b w:val="0"/>
                <w:i w:val="0"/>
                <w:color w:val="1F2A22"/>
                <w:sz w:val="20"/>
              </w:rPr>
              <w:t>Me ayudas a contestar reseñas de Google para [nombre del negocio], un [tipo de negocio] en [ciudad]. Escribe como el dueño: cálido, breve, palabras sencillas, nada de lenguaje corporativo. Contesta en el mismo idioma de la reseña, español o inglés. Da las gracias por su nombre, menciona una cosa concreta que dijo y usa menos de 60 palabras. Si la reseña es negativa, discúlpate una vez, no discutas e invita a la persona a comunicarse al [teléfono o correo]. Nunca menciones detalles del pedido, lo que pagó ni nada privado. Nunca ofrezcas promociones ni descuentos en una respuesta. Esta es la reseña: [pega la reseña]</w:t>
            </w:r>
          </w:p>
        </w:tc>
      </w:tr>
    </w:tbl>
    <w:p>
      <w:pPr>
        <w:spacing w:after="80" w:before="0"/>
      </w:pPr>
    </w:p>
    <w:p>
      <w:pPr>
        <w:spacing w:after="100" w:before="0"/>
      </w:pPr>
      <w:r>
        <w:rPr>
          <w:rFonts w:ascii="Arial" w:hAnsi="Arial" w:eastAsia="Arial"/>
          <w:b/>
          <w:i w:val="0"/>
          <w:color w:val="E8431A"/>
          <w:sz w:val="21"/>
        </w:rPr>
        <w:t xml:space="preserve">Five stars: </w:t>
      </w:r>
      <w:r>
        <w:rPr>
          <w:rFonts w:ascii="Arial" w:hAnsi="Arial" w:eastAsia="Arial"/>
          <w:b w:val="0"/>
          <w:i w:val="0"/>
          <w:color w:val="1F2A22"/>
          <w:sz w:val="21"/>
        </w:rPr>
        <w:t>Thank them, mention the dish or job they named, invite them back. Two or three sentences.</w:t>
      </w:r>
    </w:p>
    <w:p>
      <w:pPr>
        <w:spacing w:after="100" w:before="0"/>
      </w:pPr>
      <w:r>
        <w:rPr>
          <w:rFonts w:ascii="Arial" w:hAnsi="Arial" w:eastAsia="Arial"/>
          <w:b/>
          <w:i w:val="0"/>
          <w:color w:val="E8431A"/>
          <w:sz w:val="21"/>
        </w:rPr>
        <w:t xml:space="preserve">Three stars: </w:t>
      </w:r>
      <w:r>
        <w:rPr>
          <w:rFonts w:ascii="Arial" w:hAnsi="Arial" w:eastAsia="Arial"/>
          <w:b w:val="0"/>
          <w:i w:val="0"/>
          <w:color w:val="1F2A22"/>
          <w:sz w:val="21"/>
        </w:rPr>
        <w:t>Thank them, take the criticism seriously in one line, and say what you're doing about it if it's true.</w:t>
      </w:r>
    </w:p>
    <w:p>
      <w:pPr>
        <w:spacing w:after="100" w:before="0"/>
      </w:pPr>
      <w:r>
        <w:rPr>
          <w:rFonts w:ascii="Arial" w:hAnsi="Arial" w:eastAsia="Arial"/>
          <w:b/>
          <w:i w:val="0"/>
          <w:color w:val="E8431A"/>
          <w:sz w:val="21"/>
        </w:rPr>
        <w:t xml:space="preserve">One star: </w:t>
      </w:r>
      <w:r>
        <w:rPr>
          <w:rFonts w:ascii="Arial" w:hAnsi="Arial" w:eastAsia="Arial"/>
          <w:b w:val="0"/>
          <w:i w:val="0"/>
          <w:color w:val="1F2A22"/>
          <w:sz w:val="21"/>
        </w:rPr>
        <w:t>Write down what really happened first. Apologize once, give a direct way to reach you, and stop there. Don't argue in public.</w:t>
      </w:r>
    </w:p>
    <w:p>
      <w:pPr>
        <w:keepNext/>
        <w:spacing w:after="120" w:before="320"/>
      </w:pPr>
      <w:r>
        <w:rPr>
          <w:rFonts w:ascii="Arial" w:hAnsi="Arial" w:eastAsia="Arial"/>
          <w:b/>
          <w:i w:val="0"/>
          <w:color w:val="1F2A22"/>
          <w:sz w:val="30"/>
        </w:rPr>
        <w:t>5. Your weekly review agent</w:t>
      </w:r>
    </w:p>
    <w:p>
      <w:pPr>
        <w:spacing w:after="80" w:before="0"/>
        <w:ind w:left="397" w:hanging="397"/>
      </w:pPr>
      <w:r>
        <w:rPr>
          <w:rFonts w:ascii="Arial" w:hAnsi="Arial" w:eastAsia="Arial"/>
          <w:b/>
          <w:i w:val="0"/>
          <w:color w:val="E8431A"/>
          <w:sz w:val="21"/>
        </w:rPr>
        <w:t xml:space="preserve">1.  </w:t>
      </w:r>
      <w:r>
        <w:rPr>
          <w:rFonts w:ascii="Arial" w:hAnsi="Arial" w:eastAsia="Arial"/>
          <w:b w:val="0"/>
          <w:i w:val="0"/>
          <w:color w:val="1F2A22"/>
          <w:sz w:val="21"/>
        </w:rPr>
        <w:t>Create a project in Claude, or a custom GPT in ChatGPT, called Review replies.</w:t>
      </w:r>
    </w:p>
    <w:p>
      <w:pPr>
        <w:spacing w:after="80" w:before="0"/>
        <w:ind w:left="397" w:hanging="397"/>
      </w:pPr>
      <w:r>
        <w:rPr>
          <w:rFonts w:ascii="Arial" w:hAnsi="Arial" w:eastAsia="Arial"/>
          <w:b/>
          <w:i w:val="0"/>
          <w:color w:val="E8431A"/>
          <w:sz w:val="21"/>
        </w:rPr>
        <w:t xml:space="preserve">2.  </w:t>
      </w:r>
      <w:r>
        <w:rPr>
          <w:rFonts w:ascii="Arial" w:hAnsi="Arial" w:eastAsia="Arial"/>
          <w:b w:val="0"/>
          <w:i w:val="0"/>
          <w:color w:val="1F2A22"/>
          <w:sz w:val="21"/>
        </w:rPr>
        <w:t>Paste the reply prompt from section 4 as its instructions.</w:t>
      </w:r>
    </w:p>
    <w:p>
      <w:pPr>
        <w:spacing w:after="80" w:before="0"/>
        <w:ind w:left="397" w:hanging="397"/>
      </w:pPr>
      <w:r>
        <w:rPr>
          <w:rFonts w:ascii="Arial" w:hAnsi="Arial" w:eastAsia="Arial"/>
          <w:b/>
          <w:i w:val="0"/>
          <w:color w:val="E8431A"/>
          <w:sz w:val="21"/>
        </w:rPr>
        <w:t xml:space="preserve">3.  </w:t>
      </w:r>
      <w:r>
        <w:rPr>
          <w:rFonts w:ascii="Arial" w:hAnsi="Arial" w:eastAsia="Arial"/>
          <w:b w:val="0"/>
          <w:i w:val="0"/>
          <w:color w:val="1F2A22"/>
          <w:sz w:val="21"/>
        </w:rPr>
        <w:t>Once a week, at the same time, copy your new reviews from your Business Profile and paste them in with the prompt below.</w:t>
      </w:r>
    </w:p>
    <w:p>
      <w:pPr>
        <w:spacing w:after="80" w:before="0"/>
        <w:ind w:left="397" w:hanging="397"/>
      </w:pPr>
      <w:r>
        <w:rPr>
          <w:rFonts w:ascii="Arial" w:hAnsi="Arial" w:eastAsia="Arial"/>
          <w:b/>
          <w:i w:val="0"/>
          <w:color w:val="E8431A"/>
          <w:sz w:val="21"/>
        </w:rPr>
        <w:t xml:space="preserve">4.  </w:t>
      </w:r>
      <w:r>
        <w:rPr>
          <w:rFonts w:ascii="Arial" w:hAnsi="Arial" w:eastAsia="Arial"/>
          <w:b w:val="0"/>
          <w:i w:val="0"/>
          <w:color w:val="1F2A22"/>
          <w:sz w:val="21"/>
        </w:rPr>
        <w:t>Post the replies you approve. Keep the summaries in one place and look at them once a month.</w:t>
      </w:r>
    </w:p>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WEEKLY PROMPT IN ENGLISH</w:t>
            </w:r>
          </w:p>
          <w:p>
            <w:pPr>
              <w:spacing w:after="40" w:before="0"/>
            </w:pPr>
            <w:r>
              <w:rPr>
                <w:rFonts w:ascii="Arial" w:hAnsi="Arial" w:eastAsia="Arial"/>
                <w:b w:val="0"/>
                <w:i w:val="0"/>
                <w:color w:val="1F2A22"/>
                <w:sz w:val="20"/>
              </w:rPr>
              <w:t>Here are this week's new Google reviews for [business name]. First, draft a reply to each one using your instructions, labeled with the reviewer's name. Then give me a short summary: what customers praised most, any complaint that came up more than once, any employee or item mentioned by name, and one thing I could change this week. Keep the summary under 120 words. Reviews: [paste reviews]</w:t>
            </w:r>
          </w:p>
        </w:tc>
      </w:tr>
    </w:tbl>
    <w:p>
      <w:pPr>
        <w:spacing w:after="80" w:before="0"/>
      </w:pPr>
    </w:p>
    <w:tbl>
      <w:tblPr>
        <w:tblW w:type="auto" w:w="0"/>
        <w:jc w:val="center"/>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CellMar>
          <w:top w:w="120" w:type="dxa"/>
          <w:left w:w="160" w:type="dxa"/>
          <w:bottom w:w="120" w:type="dxa"/>
          <w:right w:w="160" w:type="dxa"/>
        </w:tblCellMar>
      </w:tblPr>
      <w:tblGrid>
        <w:gridCol w:w="9746"/>
      </w:tblGrid>
      <w:tr>
        <w:tc>
          <w:tcPr>
            <w:tcW w:type="dxa" w:w="9746"/>
            <w:shd w:val="clear" w:color="auto" w:fill="F4F1EA"/>
          </w:tcPr>
          <w:p>
            <w:pPr>
              <w:spacing w:after="60"/>
            </w:pPr>
            <w:r>
              <w:rPr>
                <w:rFonts w:ascii="Arial" w:hAnsi="Arial" w:eastAsia="Arial"/>
                <w:b/>
                <w:i w:val="0"/>
                <w:color w:val="E8431A"/>
                <w:sz w:val="16"/>
              </w:rPr>
              <w:t>WEEKLY PROMPT IN SPANISH</w:t>
            </w:r>
          </w:p>
          <w:p>
            <w:pPr>
              <w:spacing w:after="40" w:before="0"/>
            </w:pPr>
            <w:r>
              <w:rPr>
                <w:rFonts w:ascii="Arial" w:hAnsi="Arial" w:eastAsia="Arial"/>
                <w:b w:val="0"/>
                <w:i w:val="0"/>
                <w:color w:val="1F2A22"/>
                <w:sz w:val="20"/>
              </w:rPr>
              <w:t>Estas son las reseñas nuevas de Google de esta semana para [nombre del negocio]. Primero, prepara una respuesta para cada una siguiendo tus instrucciones, con el nombre de quien la escribió. Luego dame un resumen corto: qué elogiaron más, cualquier queja que salió más de una vez, cualquier empleado o producto que mencionaron por nombre y una cosa que podría cambiar esta semana. Que el resumen tenga menos de 120 palabras. Reseñas: [pega las reseñas]</w:t>
            </w:r>
          </w:p>
        </w:tc>
      </w:tr>
    </w:tbl>
    <w:p>
      <w:pPr>
        <w:spacing w:after="80" w:before="0"/>
      </w:pPr>
    </w:p>
    <w:tbl>
      <w:tblPr>
        <w:tblW w:type="auto" w:w="0"/>
        <w:tblLook w:firstColumn="1" w:firstRow="1" w:lastColumn="0" w:lastRow="0" w:noHBand="0" w:noVBand="1" w:val="04A0"/>
        <w:tblBorders>
          <w:top w:val="single" w:sz="6" w:color="D9D3C7"/>
          <w:left w:val="single" w:sz="6" w:color="D9D3C7"/>
          <w:bottom w:val="single" w:sz="6" w:color="D9D3C7"/>
          <w:right w:val="single" w:sz="6" w:color="D9D3C7"/>
          <w:insideH w:val="single" w:sz="6" w:color="D9D3C7"/>
          <w:insideV w:val="single" w:sz="6" w:color="D9D3C7"/>
        </w:tblBorders>
        <w:tblLayout w:type="fixed"/>
        <w:tblCellMar>
          <w:top w:w="80" w:type="dxa"/>
          <w:left w:w="120" w:type="dxa"/>
          <w:bottom w:w="80" w:type="dxa"/>
          <w:right w:w="120" w:type="dxa"/>
        </w:tblCellMar>
        <w:tblLayout w:type="fixed"/>
      </w:tblPr>
      <w:tblGrid>
        <w:gridCol w:w="2436"/>
        <w:gridCol w:w="2436"/>
        <w:gridCol w:w="2436"/>
        <w:gridCol w:w="2436"/>
      </w:tblGrid>
      <w:tr>
        <w:tc>
          <w:tcPr>
            <w:tcW w:type="dxa" w:w="1701"/>
            <w:shd w:val="clear" w:color="auto" w:fill="1F2A22"/>
          </w:tcPr>
          <w:p>
            <w:r>
              <w:rPr>
                <w:rFonts w:ascii="Arial" w:hAnsi="Arial" w:eastAsia="Arial"/>
                <w:b/>
                <w:i w:val="0"/>
                <w:color w:val="F4F1EA"/>
                <w:sz w:val="18"/>
              </w:rPr>
              <w:t>Week of</w:t>
            </w:r>
          </w:p>
        </w:tc>
        <w:tc>
          <w:tcPr>
            <w:tcW w:type="dxa" w:w="1701"/>
            <w:shd w:val="clear" w:color="auto" w:fill="1F2A22"/>
          </w:tcPr>
          <w:p>
            <w:r>
              <w:rPr>
                <w:rFonts w:ascii="Arial" w:hAnsi="Arial" w:eastAsia="Arial"/>
                <w:b/>
                <w:i w:val="0"/>
                <w:color w:val="F4F1EA"/>
                <w:sz w:val="18"/>
              </w:rPr>
              <w:t>New reviews</w:t>
            </w:r>
          </w:p>
        </w:tc>
        <w:tc>
          <w:tcPr>
            <w:tcW w:type="dxa" w:w="1474"/>
            <w:shd w:val="clear" w:color="auto" w:fill="1F2A22"/>
          </w:tcPr>
          <w:p>
            <w:r>
              <w:rPr>
                <w:rFonts w:ascii="Arial" w:hAnsi="Arial" w:eastAsia="Arial"/>
                <w:b/>
                <w:i w:val="0"/>
                <w:color w:val="F4F1EA"/>
                <w:sz w:val="18"/>
              </w:rPr>
              <w:t>Replied</w:t>
            </w:r>
          </w:p>
        </w:tc>
        <w:tc>
          <w:tcPr>
            <w:tcW w:type="dxa" w:w="4535"/>
            <w:shd w:val="clear" w:color="auto" w:fill="1F2A22"/>
          </w:tcPr>
          <w:p>
            <w:r>
              <w:rPr>
                <w:rFonts w:ascii="Arial" w:hAnsi="Arial" w:eastAsia="Arial"/>
                <w:b/>
                <w:i w:val="0"/>
                <w:color w:val="F4F1EA"/>
                <w:sz w:val="18"/>
              </w:rPr>
              <w:t>What customers kept mentioning</w:t>
            </w:r>
          </w:p>
        </w:tc>
      </w:tr>
      <w:tr>
        <w:tc>
          <w:tcPr>
            <w:tcW w:type="dxa" w:w="1701"/>
          </w:tcPr>
          <w:p>
            <w:pPr>
              <w:spacing w:after="200"/>
            </w:pPr>
          </w:p>
        </w:tc>
        <w:tc>
          <w:tcPr>
            <w:tcW w:type="dxa" w:w="1701"/>
          </w:tcPr>
          <w:p>
            <w:pPr>
              <w:spacing w:after="200"/>
            </w:pPr>
          </w:p>
        </w:tc>
        <w:tc>
          <w:tcPr>
            <w:tcW w:type="dxa" w:w="1474"/>
          </w:tcPr>
          <w:p>
            <w:pPr>
              <w:spacing w:after="200"/>
            </w:pPr>
          </w:p>
        </w:tc>
        <w:tc>
          <w:tcPr>
            <w:tcW w:type="dxa" w:w="4535"/>
          </w:tcPr>
          <w:p>
            <w:pPr>
              <w:spacing w:after="200"/>
            </w:pPr>
          </w:p>
        </w:tc>
      </w:tr>
      <w:tr>
        <w:tc>
          <w:tcPr>
            <w:tcW w:type="dxa" w:w="1701"/>
          </w:tcPr>
          <w:p>
            <w:pPr>
              <w:spacing w:after="200"/>
            </w:pPr>
          </w:p>
        </w:tc>
        <w:tc>
          <w:tcPr>
            <w:tcW w:type="dxa" w:w="1701"/>
          </w:tcPr>
          <w:p>
            <w:pPr>
              <w:spacing w:after="200"/>
            </w:pPr>
          </w:p>
        </w:tc>
        <w:tc>
          <w:tcPr>
            <w:tcW w:type="dxa" w:w="1474"/>
          </w:tcPr>
          <w:p>
            <w:pPr>
              <w:spacing w:after="200"/>
            </w:pPr>
          </w:p>
        </w:tc>
        <w:tc>
          <w:tcPr>
            <w:tcW w:type="dxa" w:w="4535"/>
          </w:tcPr>
          <w:p>
            <w:pPr>
              <w:spacing w:after="200"/>
            </w:pPr>
          </w:p>
        </w:tc>
      </w:tr>
      <w:tr>
        <w:tc>
          <w:tcPr>
            <w:tcW w:type="dxa" w:w="1701"/>
          </w:tcPr>
          <w:p>
            <w:pPr>
              <w:spacing w:after="200"/>
            </w:pPr>
          </w:p>
        </w:tc>
        <w:tc>
          <w:tcPr>
            <w:tcW w:type="dxa" w:w="1701"/>
          </w:tcPr>
          <w:p>
            <w:pPr>
              <w:spacing w:after="200"/>
            </w:pPr>
          </w:p>
        </w:tc>
        <w:tc>
          <w:tcPr>
            <w:tcW w:type="dxa" w:w="1474"/>
          </w:tcPr>
          <w:p>
            <w:pPr>
              <w:spacing w:after="200"/>
            </w:pPr>
          </w:p>
        </w:tc>
        <w:tc>
          <w:tcPr>
            <w:tcW w:type="dxa" w:w="4535"/>
          </w:tcPr>
          <w:p>
            <w:pPr>
              <w:spacing w:after="200"/>
            </w:pPr>
          </w:p>
        </w:tc>
      </w:tr>
      <w:tr>
        <w:tc>
          <w:tcPr>
            <w:tcW w:type="dxa" w:w="1701"/>
          </w:tcPr>
          <w:p>
            <w:pPr>
              <w:spacing w:after="200"/>
            </w:pPr>
          </w:p>
        </w:tc>
        <w:tc>
          <w:tcPr>
            <w:tcW w:type="dxa" w:w="1701"/>
          </w:tcPr>
          <w:p>
            <w:pPr>
              <w:spacing w:after="200"/>
            </w:pPr>
          </w:p>
        </w:tc>
        <w:tc>
          <w:tcPr>
            <w:tcW w:type="dxa" w:w="1474"/>
          </w:tcPr>
          <w:p>
            <w:pPr>
              <w:spacing w:after="200"/>
            </w:pPr>
          </w:p>
        </w:tc>
        <w:tc>
          <w:tcPr>
            <w:tcW w:type="dxa" w:w="4535"/>
          </w:tcPr>
          <w:p>
            <w:pPr>
              <w:spacing w:after="200"/>
            </w:pPr>
          </w:p>
        </w:tc>
      </w:tr>
      <w:tr>
        <w:tc>
          <w:tcPr>
            <w:tcW w:type="dxa" w:w="1701"/>
          </w:tcPr>
          <w:p>
            <w:pPr>
              <w:spacing w:after="200"/>
            </w:pPr>
          </w:p>
        </w:tc>
        <w:tc>
          <w:tcPr>
            <w:tcW w:type="dxa" w:w="1701"/>
          </w:tcPr>
          <w:p>
            <w:pPr>
              <w:spacing w:after="200"/>
            </w:pPr>
          </w:p>
        </w:tc>
        <w:tc>
          <w:tcPr>
            <w:tcW w:type="dxa" w:w="1474"/>
          </w:tcPr>
          <w:p>
            <w:pPr>
              <w:spacing w:after="200"/>
            </w:pPr>
          </w:p>
        </w:tc>
        <w:tc>
          <w:tcPr>
            <w:tcW w:type="dxa" w:w="4535"/>
          </w:tcPr>
          <w:p>
            <w:pPr>
              <w:spacing w:after="200"/>
            </w:pPr>
          </w:p>
        </w:tc>
      </w:tr>
    </w:tbl>
    <w:p>
      <w:pPr>
        <w:spacing w:after="80" w:before="0"/>
      </w:pPr>
    </w:p>
    <w:p>
      <w:pPr>
        <w:keepNext/>
        <w:spacing w:after="120" w:before="320"/>
      </w:pPr>
      <w:r>
        <w:rPr>
          <w:rFonts w:ascii="Arial" w:hAnsi="Arial" w:eastAsia="Arial"/>
          <w:b/>
          <w:i w:val="0"/>
          <w:color w:val="1F2A22"/>
          <w:sz w:val="30"/>
        </w:rPr>
        <w:t>6. What Google doesn't allow</w:t>
      </w:r>
    </w:p>
    <w:p>
      <w:pPr>
        <w:spacing w:after="80" w:before="0"/>
        <w:ind w:left="340" w:hanging="340"/>
      </w:pPr>
      <w:r>
        <w:rPr>
          <w:rFonts w:ascii="Arial" w:hAnsi="Arial" w:eastAsia="Arial"/>
          <w:b/>
          <w:i w:val="0"/>
          <w:color w:val="E8431A"/>
          <w:sz w:val="21"/>
        </w:rPr>
        <w:t xml:space="preserve">•  </w:t>
      </w:r>
      <w:r>
        <w:rPr>
          <w:rFonts w:ascii="Arial" w:hAnsi="Arial" w:eastAsia="Arial"/>
          <w:b w:val="0"/>
          <w:i w:val="0"/>
          <w:color w:val="1F2A22"/>
          <w:sz w:val="21"/>
        </w:rPr>
        <w:t>No rewards for reviews: no discounts, free items or raffle entries in exchange for a review.</w:t>
      </w:r>
    </w:p>
    <w:p>
      <w:pPr>
        <w:spacing w:after="80" w:before="0"/>
        <w:ind w:left="340" w:hanging="340"/>
      </w:pPr>
      <w:r>
        <w:rPr>
          <w:rFonts w:ascii="Arial" w:hAnsi="Arial" w:eastAsia="Arial"/>
          <w:b/>
          <w:i w:val="0"/>
          <w:color w:val="E8431A"/>
          <w:sz w:val="21"/>
        </w:rPr>
        <w:t xml:space="preserve">•  </w:t>
      </w:r>
      <w:r>
        <w:rPr>
          <w:rFonts w:ascii="Arial" w:hAnsi="Arial" w:eastAsia="Arial"/>
          <w:b w:val="0"/>
          <w:i w:val="0"/>
          <w:color w:val="1F2A22"/>
          <w:sz w:val="21"/>
        </w:rPr>
        <w:t>Ask everyone. Picking only happy customers, or sending unhappy ones somewhere else first, is against Google's rules.</w:t>
      </w:r>
    </w:p>
    <w:p>
      <w:pPr>
        <w:spacing w:after="80" w:before="0"/>
        <w:ind w:left="340" w:hanging="340"/>
      </w:pPr>
      <w:r>
        <w:rPr>
          <w:rFonts w:ascii="Arial" w:hAnsi="Arial" w:eastAsia="Arial"/>
          <w:b/>
          <w:i w:val="0"/>
          <w:color w:val="E8431A"/>
          <w:sz w:val="21"/>
        </w:rPr>
        <w:t xml:space="preserve">•  </w:t>
      </w:r>
      <w:r>
        <w:rPr>
          <w:rFonts w:ascii="Arial" w:hAnsi="Arial" w:eastAsia="Arial"/>
          <w:b w:val="0"/>
          <w:i w:val="0"/>
          <w:color w:val="1F2A22"/>
          <w:sz w:val="21"/>
        </w:rPr>
        <w:t>No reviews from you, your family or your staff.</w:t>
      </w:r>
    </w:p>
    <w:p>
      <w:pPr>
        <w:spacing w:after="80" w:before="0"/>
        <w:ind w:left="340" w:hanging="340"/>
      </w:pPr>
      <w:r>
        <w:rPr>
          <w:rFonts w:ascii="Arial" w:hAnsi="Arial" w:eastAsia="Arial"/>
          <w:b/>
          <w:i w:val="0"/>
          <w:color w:val="E8431A"/>
          <w:sz w:val="21"/>
        </w:rPr>
        <w:t xml:space="preserve">•  </w:t>
      </w:r>
      <w:r>
        <w:rPr>
          <w:rFonts w:ascii="Arial" w:hAnsi="Arial" w:eastAsia="Arial"/>
          <w:b w:val="0"/>
          <w:i w:val="0"/>
          <w:color w:val="1F2A22"/>
          <w:sz w:val="21"/>
        </w:rPr>
        <w:t>No fake or bought reviews, including ones written by AI. In the US, the FTC can fine businesses that buy them.</w:t>
      </w:r>
    </w:p>
    <w:p>
      <w:pPr>
        <w:spacing w:after="80" w:before="0"/>
        <w:ind w:left="340" w:hanging="340"/>
      </w:pPr>
      <w:r>
        <w:rPr>
          <w:rFonts w:ascii="Arial" w:hAnsi="Arial" w:eastAsia="Arial"/>
          <w:b/>
          <w:i w:val="0"/>
          <w:color w:val="E8431A"/>
          <w:sz w:val="21"/>
        </w:rPr>
        <w:t xml:space="preserve">•  </w:t>
      </w:r>
      <w:r>
        <w:rPr>
          <w:rFonts w:ascii="Arial" w:hAnsi="Arial" w:eastAsia="Arial"/>
          <w:b w:val="0"/>
          <w:i w:val="0"/>
          <w:color w:val="1F2A22"/>
          <w:sz w:val="21"/>
        </w:rPr>
        <w:t>Never write a review for a customer. AI drafts your replies, never their reviews.</w:t>
      </w:r>
    </w:p>
    <w:p>
      <w:pPr>
        <w:spacing w:after="80" w:before="0"/>
        <w:ind w:left="340" w:hanging="340"/>
      </w:pPr>
      <w:r>
        <w:rPr>
          <w:rFonts w:ascii="Arial" w:hAnsi="Arial" w:eastAsia="Arial"/>
          <w:b/>
          <w:i w:val="0"/>
          <w:color w:val="E8431A"/>
          <w:sz w:val="21"/>
        </w:rPr>
        <w:t xml:space="preserve">•  </w:t>
      </w:r>
      <w:r>
        <w:rPr>
          <w:rFonts w:ascii="Arial" w:hAnsi="Arial" w:eastAsia="Arial"/>
          <w:b w:val="0"/>
          <w:i w:val="0"/>
          <w:color w:val="1F2A22"/>
          <w:sz w:val="21"/>
        </w:rPr>
        <w:t>Keep deals and promotions out of your replies.</w:t>
      </w:r>
    </w:p>
    <w:p>
      <w:pPr>
        <w:spacing w:after="120" w:before="0"/>
      </w:pPr>
    </w:p>
    <w:p>
      <w:pPr>
        <w:spacing w:after="120" w:before="0"/>
      </w:pPr>
      <w:r>
        <w:rPr>
          <w:rFonts w:ascii="Arial" w:hAnsi="Arial" w:eastAsia="Arial"/>
          <w:b w:val="0"/>
          <w:i w:val="0"/>
          <w:color w:val="5A6058"/>
          <w:sz w:val="18"/>
        </w:rPr>
        <w:t>Questions, or want help setting this up? Email hello@ownedweb.com. Full guide: ownedweb.com/guides/google-reviews/</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Google Reviews Kit</dc:title>
  <dc:subject/>
  <dc:creator>Owned Web</dc:creator>
  <cp:keywords/>
  <dc:description>generated by python-docx</dc:description>
  <cp:lastModifiedBy/>
  <cp:revision>1</cp:revision>
  <dcterms:created xsi:type="dcterms:W3CDTF">2013-12-23T23:15:00Z</dcterms:created>
  <dcterms:modified xsi:type="dcterms:W3CDTF">2013-12-23T23:15:00Z</dcterms:modified>
  <cp:category/>
</cp:coreProperties>
</file>