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Arial" w:hAnsi="Arial" w:eastAsia="Arial"/>
          <w:b/>
          <w:i w:val="0"/>
          <w:color w:val="1F2A22"/>
          <w:sz w:val="48"/>
        </w:rPr>
        <w:t>Kit de reseñas de Google</w:t>
      </w:r>
    </w:p>
    <w:p>
      <w:pPr>
        <w:spacing w:after="200" w:before="0"/>
      </w:pPr>
      <w:r>
        <w:rPr>
          <w:rFonts w:ascii="Arial" w:hAnsi="Arial" w:eastAsia="Arial"/>
          <w:b w:val="0"/>
          <w:i w:val="0"/>
          <w:color w:val="5A6058"/>
          <w:sz w:val="19"/>
        </w:rPr>
        <w:t>[Nombre del negocio]  ·  Listo el [fecha]  ·  Por Owned Web, ownedweb.com</w:t>
      </w: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FF4E5"/>
          </w:tcPr>
          <w:p>
            <w:pPr>
              <w:spacing w:after="60"/>
            </w:pPr>
            <w:r>
              <w:rPr>
                <w:rFonts w:ascii="Arial" w:hAnsi="Arial" w:eastAsia="Arial"/>
                <w:b/>
                <w:i w:val="0"/>
                <w:color w:val="E8431A"/>
                <w:sz w:val="16"/>
              </w:rPr>
              <w:t>CÓMO USAR ESTE KIT</w:t>
            </w:r>
          </w:p>
          <w:p>
            <w:pPr>
              <w:spacing w:after="40" w:before="0"/>
            </w:pPr>
            <w:r>
              <w:rPr>
                <w:rFonts w:ascii="Arial" w:hAnsi="Arial" w:eastAsia="Arial"/>
                <w:b w:val="0"/>
                <w:i w:val="0"/>
                <w:color w:val="1F2A22"/>
                <w:sz w:val="20"/>
              </w:rPr>
              <w:t>Cambia todo lo que está entre [corchetes], imprime la tarjeta, guarda los prompts en ChatGPT o Claude y pon un recordatorio semanal. La tarjeta, los mensajes y los prompts vienen en español y en inglés para que le contestes a cada cliente en su idioma.</w:t>
            </w:r>
          </w:p>
        </w:tc>
      </w:tr>
    </w:tbl>
    <w:p>
      <w:pPr>
        <w:spacing w:after="80" w:before="0"/>
      </w:pPr>
    </w:p>
    <w:p>
      <w:pPr>
        <w:keepNext/>
        <w:spacing w:after="120" w:before="320"/>
      </w:pPr>
      <w:r>
        <w:rPr>
          <w:rFonts w:ascii="Arial" w:hAnsi="Arial" w:eastAsia="Arial"/>
          <w:b/>
          <w:i w:val="0"/>
          <w:color w:val="1F2A22"/>
          <w:sz w:val="30"/>
        </w:rPr>
        <w:t>1. Tu enlace y tu código QR</w:t>
      </w:r>
    </w:p>
    <w:p>
      <w:pPr>
        <w:spacing w:after="80" w:before="0"/>
        <w:ind w:left="397" w:hanging="397"/>
      </w:pPr>
      <w:r>
        <w:rPr>
          <w:rFonts w:ascii="Arial" w:hAnsi="Arial" w:eastAsia="Arial"/>
          <w:b/>
          <w:i w:val="0"/>
          <w:color w:val="E8431A"/>
          <w:sz w:val="21"/>
        </w:rPr>
        <w:t xml:space="preserve">1.  </w:t>
      </w:r>
      <w:r>
        <w:rPr>
          <w:rFonts w:ascii="Arial" w:hAnsi="Arial" w:eastAsia="Arial"/>
          <w:b w:val="0"/>
          <w:i w:val="0"/>
          <w:color w:val="1F2A22"/>
          <w:sz w:val="21"/>
        </w:rPr>
        <w:t>Busca el nombre de tu negocio en Google con la cuenta que lo administra, o abre la app de Perfil de Negocio.</w:t>
      </w:r>
    </w:p>
    <w:p>
      <w:pPr>
        <w:spacing w:after="80" w:before="0"/>
        <w:ind w:left="397" w:hanging="397"/>
      </w:pPr>
      <w:r>
        <w:rPr>
          <w:rFonts w:ascii="Arial" w:hAnsi="Arial" w:eastAsia="Arial"/>
          <w:b/>
          <w:i w:val="0"/>
          <w:color w:val="E8431A"/>
          <w:sz w:val="21"/>
        </w:rPr>
        <w:t xml:space="preserve">2.  </w:t>
      </w:r>
      <w:r>
        <w:rPr>
          <w:rFonts w:ascii="Arial" w:hAnsi="Arial" w:eastAsia="Arial"/>
          <w:b w:val="0"/>
          <w:i w:val="0"/>
          <w:color w:val="1F2A22"/>
          <w:sz w:val="21"/>
        </w:rPr>
        <w:t>Elige Pedir reseñas (en algunos perfiles dice Obtener más reseñas).</w:t>
      </w:r>
    </w:p>
    <w:p>
      <w:pPr>
        <w:spacing w:after="80" w:before="0"/>
        <w:ind w:left="397" w:hanging="397"/>
      </w:pPr>
      <w:r>
        <w:rPr>
          <w:rFonts w:ascii="Arial" w:hAnsi="Arial" w:eastAsia="Arial"/>
          <w:b/>
          <w:i w:val="0"/>
          <w:color w:val="E8431A"/>
          <w:sz w:val="21"/>
        </w:rPr>
        <w:t xml:space="preserve">3.  </w:t>
      </w:r>
      <w:r>
        <w:rPr>
          <w:rFonts w:ascii="Arial" w:hAnsi="Arial" w:eastAsia="Arial"/>
          <w:b w:val="0"/>
          <w:i w:val="0"/>
          <w:color w:val="1F2A22"/>
          <w:sz w:val="21"/>
        </w:rPr>
        <w:t>Copia el enlace corto. Si ves la opción de código QR, descárgalo también. Si no, pega el enlace en cualquier generador de QR gratis.</w:t>
      </w:r>
    </w:p>
    <w:p>
      <w:pPr>
        <w:spacing w:after="80" w:before="0"/>
        <w:ind w:left="397" w:hanging="397"/>
      </w:pPr>
      <w:r>
        <w:rPr>
          <w:rFonts w:ascii="Arial" w:hAnsi="Arial" w:eastAsia="Arial"/>
          <w:b/>
          <w:i w:val="0"/>
          <w:color w:val="E8431A"/>
          <w:sz w:val="21"/>
        </w:rPr>
        <w:t xml:space="preserve">4.  </w:t>
      </w:r>
      <w:r>
        <w:rPr>
          <w:rFonts w:ascii="Arial" w:hAnsi="Arial" w:eastAsia="Arial"/>
          <w:b w:val="0"/>
          <w:i w:val="0"/>
          <w:color w:val="1F2A22"/>
          <w:sz w:val="21"/>
        </w:rPr>
        <w:t>¿Tienes más de una sucursal? Cada una tiene su propio Perfil de Negocio y su propio enlace. Usa el correcto en cada mostrador.</w:t>
      </w:r>
    </w:p>
    <w:p>
      <w:pPr>
        <w:spacing w:after="80" w:before="0"/>
        <w:ind w:left="397" w:hanging="397"/>
      </w:pPr>
      <w:r>
        <w:rPr>
          <w:rFonts w:ascii="Arial" w:hAnsi="Arial" w:eastAsia="Arial"/>
          <w:b/>
          <w:i w:val="0"/>
          <w:color w:val="E8431A"/>
          <w:sz w:val="21"/>
        </w:rPr>
        <w:t xml:space="preserve">5.  </w:t>
      </w:r>
      <w:r>
        <w:rPr>
          <w:rFonts w:ascii="Arial" w:hAnsi="Arial" w:eastAsia="Arial"/>
          <w:b w:val="0"/>
          <w:i w:val="0"/>
          <w:color w:val="1F2A22"/>
          <w:sz w:val="21"/>
        </w:rPr>
        <w:t>Escanea el código con tu celular antes de imprimir.</w:t>
      </w:r>
    </w:p>
    <w:p>
      <w:pPr>
        <w:spacing w:after="160" w:before="0"/>
      </w:pPr>
      <w:r>
        <w:rPr>
          <w:rFonts w:ascii="Arial" w:hAnsi="Arial" w:eastAsia="Arial"/>
          <w:b/>
          <w:i w:val="0"/>
          <w:color w:val="1F2A22"/>
          <w:sz w:val="21"/>
        </w:rPr>
        <w:t xml:space="preserve">Mi enlace de reseñas: </w:t>
      </w:r>
      <w:r>
        <w:rPr>
          <w:rFonts w:ascii="Arial" w:hAnsi="Arial" w:eastAsia="Arial"/>
          <w:b w:val="0"/>
          <w:i w:val="0"/>
          <w:color w:val="5A6058"/>
          <w:sz w:val="21"/>
        </w:rPr>
        <w:t>______________________________________________</w:t>
      </w:r>
    </w:p>
    <w:p>
      <w:pPr>
        <w:keepNext/>
        <w:spacing w:after="120" w:before="320"/>
      </w:pPr>
      <w:r>
        <w:rPr>
          <w:rFonts w:ascii="Arial" w:hAnsi="Arial" w:eastAsia="Arial"/>
          <w:b/>
          <w:i w:val="0"/>
          <w:color w:val="1F2A22"/>
          <w:sz w:val="30"/>
        </w:rPr>
        <w:t>2. Tarjeta para el mostrador</w:t>
      </w:r>
    </w:p>
    <w:p>
      <w:pPr>
        <w:spacing w:after="160" w:before="0"/>
      </w:pPr>
      <w:r>
        <w:rPr>
          <w:rFonts w:ascii="Arial" w:hAnsi="Arial" w:eastAsia="Arial"/>
          <w:b w:val="0"/>
          <w:i w:val="0"/>
          <w:color w:val="5A6058"/>
          <w:sz w:val="20"/>
        </w:rPr>
        <w:t>Pega tu código QR en el cuadro, imprime en cartulina y recorta por el borde. Un lado en español y otro en inglés, o imprime las dos.</w:t>
      </w:r>
    </w:p>
    <w:tbl>
      <w:tblPr>
        <w:tblW w:type="auto" w:w="0"/>
        <w:jc w:val="center"/>
        <w:tblLook w:firstColumn="1" w:firstRow="1" w:lastColumn="0" w:lastRow="0" w:noHBand="0" w:noVBand="1" w:val="04A0"/>
        <w:tblBorders>
          <w:top w:val="dashed" w:sz="16" w:color="1F2A22"/>
          <w:left w:val="dashed" w:sz="16" w:color="1F2A22"/>
          <w:bottom w:val="dashed" w:sz="16" w:color="1F2A22"/>
          <w:right w:val="dashed" w:sz="16" w:color="1F2A22"/>
          <w:insideH w:val="dashed" w:sz="16" w:color="1F2A22"/>
          <w:insideV w:val="dashed" w:sz="16" w:color="1F2A22"/>
        </w:tblBorders>
        <w:tblLayout w:type="fixed"/>
        <w:tblCellMar>
          <w:top w:w="200" w:type="dxa"/>
          <w:left w:w="260" w:type="dxa"/>
          <w:bottom w:w="200" w:type="dxa"/>
          <w:right w:w="260" w:type="dxa"/>
        </w:tblCellMar>
        <w:tblLayout w:type="fixed"/>
      </w:tblPr>
      <w:tblGrid>
        <w:gridCol w:w="4873"/>
        <w:gridCol w:w="4873"/>
      </w:tblGrid>
      <w:tr>
        <w:tc>
          <w:tcPr>
            <w:tcW w:type="dxa" w:w="5953"/>
            <w:shd w:val="clear" w:color="auto" w:fill="FFFFFF"/>
          </w:tcPr>
          <w:p>
            <w:pPr>
              <w:spacing w:before="200"/>
            </w:pPr>
            <w:r>
              <w:rPr>
                <w:rFonts w:ascii="Arial" w:hAnsi="Arial" w:eastAsia="Arial"/>
                <w:b w:val="0"/>
                <w:i w:val="0"/>
                <w:color w:val="E8431A"/>
                <w:sz w:val="32"/>
              </w:rPr>
              <w:t>★★★★★</w:t>
            </w:r>
          </w:p>
          <w:p>
            <w:pPr>
              <w:spacing w:after="80" w:before="0"/>
            </w:pPr>
            <w:r>
              <w:rPr>
                <w:rFonts w:ascii="Arial" w:hAnsi="Arial" w:eastAsia="Arial"/>
                <w:b/>
                <w:i w:val="0"/>
                <w:color w:val="1F2A22"/>
                <w:sz w:val="40"/>
              </w:rPr>
              <w:t>¿Te atendimos bien?</w:t>
            </w:r>
          </w:p>
          <w:p>
            <w:pPr>
              <w:spacing w:after="200" w:before="0"/>
            </w:pPr>
            <w:r>
              <w:rPr>
                <w:rFonts w:ascii="Arial" w:hAnsi="Arial" w:eastAsia="Arial"/>
                <w:b w:val="0"/>
                <w:i w:val="0"/>
                <w:color w:val="1F2A22"/>
                <w:sz w:val="22"/>
              </w:rPr>
              <w:t>Cuéntaselo a Google. Escanea el código, es un minuto.</w:t>
            </w:r>
          </w:p>
          <w:p>
            <w:pPr>
              <w:spacing w:after="200" w:before="0"/>
            </w:pPr>
            <w:r>
              <w:rPr>
                <w:rFonts w:ascii="Arial" w:hAnsi="Arial" w:eastAsia="Arial"/>
                <w:b w:val="0"/>
                <w:i/>
                <w:color w:val="5A6058"/>
                <w:sz w:val="18"/>
              </w:rPr>
              <w:t>Gracias de parte de todos en [nombre del negocio].</w:t>
            </w:r>
          </w:p>
        </w:tc>
        <w:tc>
          <w:tcPr>
            <w:tcW w:type="dxa" w:w="3118"/>
            <w:shd w:val="clear" w:color="auto" w:fill="FFFFFF"/>
          </w:tcPr>
          <w:p>
            <w:pPr>
              <w:spacing w:before="800"/>
              <w:jc w:val="center"/>
            </w:pPr>
            <w:r>
              <w:rPr>
                <w:rFonts w:ascii="Arial" w:hAnsi="Arial" w:eastAsia="Arial"/>
                <w:b w:val="0"/>
                <w:i w:val="0"/>
                <w:color w:val="5A6058"/>
                <w:sz w:val="18"/>
              </w:rPr>
              <w:t>[ Pega aquí tu código QR ]</w:t>
            </w:r>
          </w:p>
        </w:tc>
      </w:tr>
    </w:tbl>
    <w:p>
      <w:pPr>
        <w:spacing w:after="160" w:before="0"/>
      </w:pPr>
    </w:p>
    <w:tbl>
      <w:tblPr>
        <w:tblW w:type="auto" w:w="0"/>
        <w:jc w:val="center"/>
        <w:tblLook w:firstColumn="1" w:firstRow="1" w:lastColumn="0" w:lastRow="0" w:noHBand="0" w:noVBand="1" w:val="04A0"/>
        <w:tblBorders>
          <w:top w:val="dashed" w:sz="16" w:color="1F2A22"/>
          <w:left w:val="dashed" w:sz="16" w:color="1F2A22"/>
          <w:bottom w:val="dashed" w:sz="16" w:color="1F2A22"/>
          <w:right w:val="dashed" w:sz="16" w:color="1F2A22"/>
          <w:insideH w:val="dashed" w:sz="16" w:color="1F2A22"/>
          <w:insideV w:val="dashed" w:sz="16" w:color="1F2A22"/>
        </w:tblBorders>
        <w:tblLayout w:type="fixed"/>
        <w:tblCellMar>
          <w:top w:w="200" w:type="dxa"/>
          <w:left w:w="260" w:type="dxa"/>
          <w:bottom w:w="200" w:type="dxa"/>
          <w:right w:w="260" w:type="dxa"/>
        </w:tblCellMar>
        <w:tblLayout w:type="fixed"/>
      </w:tblPr>
      <w:tblGrid>
        <w:gridCol w:w="4873"/>
        <w:gridCol w:w="4873"/>
      </w:tblGrid>
      <w:tr>
        <w:tc>
          <w:tcPr>
            <w:tcW w:type="dxa" w:w="5953"/>
            <w:shd w:val="clear" w:color="auto" w:fill="FFFFFF"/>
          </w:tcPr>
          <w:p>
            <w:pPr>
              <w:spacing w:before="200"/>
            </w:pPr>
            <w:r>
              <w:rPr>
                <w:rFonts w:ascii="Arial" w:hAnsi="Arial" w:eastAsia="Arial"/>
                <w:b w:val="0"/>
                <w:i w:val="0"/>
                <w:color w:val="E8431A"/>
                <w:sz w:val="32"/>
              </w:rPr>
              <w:t>★★★★★</w:t>
            </w:r>
          </w:p>
          <w:p>
            <w:pPr>
              <w:spacing w:after="80" w:before="0"/>
            </w:pPr>
            <w:r>
              <w:rPr>
                <w:rFonts w:ascii="Arial" w:hAnsi="Arial" w:eastAsia="Arial"/>
                <w:b/>
                <w:i w:val="0"/>
                <w:color w:val="1F2A22"/>
                <w:sz w:val="40"/>
              </w:rPr>
              <w:t>Did we get it right?</w:t>
            </w:r>
          </w:p>
          <w:p>
            <w:pPr>
              <w:spacing w:after="200" w:before="0"/>
            </w:pPr>
            <w:r>
              <w:rPr>
                <w:rFonts w:ascii="Arial" w:hAnsi="Arial" w:eastAsia="Arial"/>
                <w:b w:val="0"/>
                <w:i w:val="0"/>
                <w:color w:val="1F2A22"/>
                <w:sz w:val="22"/>
              </w:rPr>
              <w:t>Tell Google. Scan the code, it takes a minute.</w:t>
            </w:r>
          </w:p>
          <w:p>
            <w:pPr>
              <w:spacing w:after="200" w:before="0"/>
            </w:pPr>
            <w:r>
              <w:rPr>
                <w:rFonts w:ascii="Arial" w:hAnsi="Arial" w:eastAsia="Arial"/>
                <w:b w:val="0"/>
                <w:i/>
                <w:color w:val="5A6058"/>
                <w:sz w:val="18"/>
              </w:rPr>
              <w:t>Thank you from all of us at [business name].</w:t>
            </w:r>
          </w:p>
        </w:tc>
        <w:tc>
          <w:tcPr>
            <w:tcW w:type="dxa" w:w="3118"/>
            <w:shd w:val="clear" w:color="auto" w:fill="FFFFFF"/>
          </w:tcPr>
          <w:p>
            <w:pPr>
              <w:spacing w:before="800"/>
              <w:jc w:val="center"/>
            </w:pPr>
            <w:r>
              <w:rPr>
                <w:rFonts w:ascii="Arial" w:hAnsi="Arial" w:eastAsia="Arial"/>
                <w:b w:val="0"/>
                <w:i w:val="0"/>
                <w:color w:val="5A6058"/>
                <w:sz w:val="18"/>
              </w:rPr>
              <w:t>[ Paste your QR code here ]</w:t>
            </w:r>
          </w:p>
        </w:tc>
      </w:tr>
    </w:tbl>
    <w:p>
      <w:pPr>
        <w:spacing w:after="160" w:before="0"/>
      </w:pPr>
    </w:p>
    <w:p>
      <w:pPr>
        <w:keepNext/>
        <w:spacing w:after="120" w:before="320"/>
      </w:pPr>
      <w:r>
        <w:rPr>
          <w:rFonts w:ascii="Arial" w:hAnsi="Arial" w:eastAsia="Arial"/>
          <w:b/>
          <w:i w:val="0"/>
          <w:color w:val="1F2A22"/>
          <w:sz w:val="30"/>
        </w:rPr>
        <w:t>3. Mensajes para pedir la reseña</w:t>
      </w:r>
    </w:p>
    <w:p>
      <w:pPr>
        <w:spacing w:after="160" w:before="0"/>
      </w:pPr>
      <w:r>
        <w:rPr>
          <w:rFonts w:ascii="Arial" w:hAnsi="Arial" w:eastAsia="Arial"/>
          <w:b w:val="0"/>
          <w:i w:val="0"/>
          <w:color w:val="5A6058"/>
          <w:sz w:val="20"/>
        </w:rPr>
        <w:t>Pídela a todos de la misma forma, justo después de lo bueno. Nunca ofrezcas nada a cambio.</w:t>
      </w: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MENSAJE O WHATSAPP EL MISMO DÍA</w:t>
            </w:r>
          </w:p>
          <w:p>
            <w:pPr>
              <w:spacing w:after="40" w:before="0"/>
            </w:pPr>
            <w:r>
              <w:rPr>
                <w:rFonts w:ascii="Arial" w:hAnsi="Arial" w:eastAsia="Arial"/>
                <w:b w:val="0"/>
                <w:i w:val="0"/>
                <w:color w:val="1F2A22"/>
                <w:sz w:val="20"/>
              </w:rPr>
              <w:t>Hola [nombre], gracias por venir hoy. Si tienes un minuto, una reseña en Google nos ayuda mucho: [enlace]</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DESPUÉS DE UN TRABAJO O ENTREGA</w:t>
            </w:r>
          </w:p>
          <w:p>
            <w:pPr>
              <w:spacing w:after="40" w:before="0"/>
            </w:pPr>
            <w:r>
              <w:rPr>
                <w:rFonts w:ascii="Arial" w:hAnsi="Arial" w:eastAsia="Arial"/>
                <w:b w:val="0"/>
                <w:i w:val="0"/>
                <w:color w:val="1F2A22"/>
                <w:sz w:val="20"/>
              </w:rPr>
              <w:t>Hola [nombre], fue un gusto trabajar contigo. Si quedaste contento con el resultado, ¿nos dejas una reseña en Google? [enlace]</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TICKET O FACTURA POR CORREO</w:t>
            </w:r>
          </w:p>
          <w:p>
            <w:pPr>
              <w:spacing w:after="40" w:before="0"/>
            </w:pPr>
            <w:r>
              <w:rPr>
                <w:rFonts w:ascii="Arial" w:hAnsi="Arial" w:eastAsia="Arial"/>
                <w:b w:val="0"/>
                <w:i w:val="0"/>
                <w:color w:val="1F2A22"/>
                <w:sz w:val="20"/>
              </w:rPr>
              <w:t>Gracias por elegir [nombre del negocio]. Cuéntanos en Google cómo te atendimos: [enlace]</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SAME DAY TEXT OR WHATSAPP</w:t>
            </w:r>
          </w:p>
          <w:p>
            <w:pPr>
              <w:spacing w:after="40" w:before="0"/>
            </w:pPr>
            <w:r>
              <w:rPr>
                <w:rFonts w:ascii="Arial" w:hAnsi="Arial" w:eastAsia="Arial"/>
                <w:b w:val="0"/>
                <w:i w:val="0"/>
                <w:color w:val="1F2A22"/>
                <w:sz w:val="20"/>
              </w:rPr>
              <w:t>Hi [first name], thanks for coming in today. If you have a minute, a Google review helps us a lot: [link]</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AFTER A JOB OR DELIVERY</w:t>
            </w:r>
          </w:p>
          <w:p>
            <w:pPr>
              <w:spacing w:after="40" w:before="0"/>
            </w:pPr>
            <w:r>
              <w:rPr>
                <w:rFonts w:ascii="Arial" w:hAnsi="Arial" w:eastAsia="Arial"/>
                <w:b w:val="0"/>
                <w:i w:val="0"/>
                <w:color w:val="1F2A22"/>
                <w:sz w:val="20"/>
              </w:rPr>
              <w:t>Hi [first name], it was good working with you. If you're happy with how it turned out, would you tell Google? [link]</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RECEIPT OR INVOICE EMAIL</w:t>
            </w:r>
          </w:p>
          <w:p>
            <w:pPr>
              <w:spacing w:after="40" w:before="0"/>
            </w:pPr>
            <w:r>
              <w:rPr>
                <w:rFonts w:ascii="Arial" w:hAnsi="Arial" w:eastAsia="Arial"/>
                <w:b w:val="0"/>
                <w:i w:val="0"/>
                <w:color w:val="1F2A22"/>
                <w:sz w:val="20"/>
              </w:rPr>
              <w:t>Thanks for choosing [business name]. Tell us how we did on Google: [link]</w:t>
            </w:r>
          </w:p>
        </w:tc>
      </w:tr>
    </w:tbl>
    <w:p>
      <w:pPr>
        <w:spacing w:after="80" w:before="0"/>
      </w:pPr>
    </w:p>
    <w:p>
      <w:pPr>
        <w:keepNext/>
        <w:spacing w:after="120" w:before="320"/>
      </w:pPr>
      <w:r>
        <w:rPr>
          <w:rFonts w:ascii="Arial" w:hAnsi="Arial" w:eastAsia="Arial"/>
          <w:b/>
          <w:i w:val="0"/>
          <w:color w:val="1F2A22"/>
          <w:sz w:val="30"/>
        </w:rPr>
        <w:t>4. Contesta cada reseña con IA</w:t>
      </w:r>
    </w:p>
    <w:p>
      <w:pPr>
        <w:spacing w:after="160" w:before="0"/>
      </w:pPr>
      <w:r>
        <w:rPr>
          <w:rFonts w:ascii="Arial" w:hAnsi="Arial" w:eastAsia="Arial"/>
          <w:b w:val="0"/>
          <w:i w:val="0"/>
          <w:color w:val="5A6058"/>
          <w:sz w:val="20"/>
        </w:rPr>
        <w:t>Pega este prompt en ChatGPT o Claude y luego pega una reseña debajo. Lee cada borrador antes de publicarlo.</w:t>
      </w: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PROMPT EN ESPAÑOL</w:t>
            </w:r>
          </w:p>
          <w:p>
            <w:pPr>
              <w:spacing w:after="40" w:before="0"/>
            </w:pPr>
            <w:r>
              <w:rPr>
                <w:rFonts w:ascii="Arial" w:hAnsi="Arial" w:eastAsia="Arial"/>
                <w:b w:val="0"/>
                <w:i w:val="0"/>
                <w:color w:val="1F2A22"/>
                <w:sz w:val="20"/>
              </w:rPr>
              <w:t>Me ayudas a contestar reseñas de Google para [nombre del negocio], un [tipo de negocio] en [ciudad]. Escribe como el dueño: cálido, breve, palabras sencillas, nada de lenguaje corporativo. Contesta en el mismo idioma de la reseña, español o inglés. Da las gracias por su nombre, menciona una cosa concreta que dijo y usa menos de 60 palabras. Si la reseña es negativa, discúlpate una vez, no discutas e invita a la persona a comunicarse al [teléfono o correo]. Nunca menciones detalles del pedido, lo que pagó ni nada privado. Nunca ofrezcas promociones ni descuentos en una respuesta. Esta es la reseña: [pega la reseña]</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PROMPT EN INGLÉS</w:t>
            </w:r>
          </w:p>
          <w:p>
            <w:pPr>
              <w:spacing w:after="40" w:before="0"/>
            </w:pPr>
            <w:r>
              <w:rPr>
                <w:rFonts w:ascii="Arial" w:hAnsi="Arial" w:eastAsia="Arial"/>
                <w:b w:val="0"/>
                <w:i w:val="0"/>
                <w:color w:val="1F2A22"/>
                <w:sz w:val="20"/>
              </w:rPr>
              <w:t>You help me reply to Google reviews for [business name], a [type of business] in [city]. Write like the owner: warm, short, plain words, no corporate language. Reply in the same language as the review, English or Spanish. Thank the person by first name, mention one specific thing they said, and keep it under 60 words. If the review is negative, apologize once, don't argue, and invite them to contact [phone or email]. Never mention order details, prices paid or anything private. Never offer a deal or discount in a reply. Here is the review: [paste review]</w:t>
            </w:r>
          </w:p>
        </w:tc>
      </w:tr>
    </w:tbl>
    <w:p>
      <w:pPr>
        <w:spacing w:after="80" w:before="0"/>
      </w:pPr>
    </w:p>
    <w:p>
      <w:pPr>
        <w:spacing w:after="100" w:before="0"/>
      </w:pPr>
      <w:r>
        <w:rPr>
          <w:rFonts w:ascii="Arial" w:hAnsi="Arial" w:eastAsia="Arial"/>
          <w:b/>
          <w:i w:val="0"/>
          <w:color w:val="E8431A"/>
          <w:sz w:val="21"/>
        </w:rPr>
        <w:t xml:space="preserve">Cinco estrellas: </w:t>
      </w:r>
      <w:r>
        <w:rPr>
          <w:rFonts w:ascii="Arial" w:hAnsi="Arial" w:eastAsia="Arial"/>
          <w:b w:val="0"/>
          <w:i w:val="0"/>
          <w:color w:val="1F2A22"/>
          <w:sz w:val="21"/>
        </w:rPr>
        <w:t>Da las gracias, menciona el platillo o trabajo que nombró e invítalo a volver. Dos o tres oraciones.</w:t>
      </w:r>
    </w:p>
    <w:p>
      <w:pPr>
        <w:spacing w:after="100" w:before="0"/>
      </w:pPr>
      <w:r>
        <w:rPr>
          <w:rFonts w:ascii="Arial" w:hAnsi="Arial" w:eastAsia="Arial"/>
          <w:b/>
          <w:i w:val="0"/>
          <w:color w:val="E8431A"/>
          <w:sz w:val="21"/>
        </w:rPr>
        <w:t xml:space="preserve">Tres estrellas: </w:t>
      </w:r>
      <w:r>
        <w:rPr>
          <w:rFonts w:ascii="Arial" w:hAnsi="Arial" w:eastAsia="Arial"/>
          <w:b w:val="0"/>
          <w:i w:val="0"/>
          <w:color w:val="1F2A22"/>
          <w:sz w:val="21"/>
        </w:rPr>
        <w:t>Da las gracias, toma en serio la crítica en una línea y di qué estás haciendo al respecto, si es cierto.</w:t>
      </w:r>
    </w:p>
    <w:p>
      <w:pPr>
        <w:spacing w:after="100" w:before="0"/>
      </w:pPr>
      <w:r>
        <w:rPr>
          <w:rFonts w:ascii="Arial" w:hAnsi="Arial" w:eastAsia="Arial"/>
          <w:b/>
          <w:i w:val="0"/>
          <w:color w:val="E8431A"/>
          <w:sz w:val="21"/>
        </w:rPr>
        <w:t xml:space="preserve">Una estrella: </w:t>
      </w:r>
      <w:r>
        <w:rPr>
          <w:rFonts w:ascii="Arial" w:hAnsi="Arial" w:eastAsia="Arial"/>
          <w:b w:val="0"/>
          <w:i w:val="0"/>
          <w:color w:val="1F2A22"/>
          <w:sz w:val="21"/>
        </w:rPr>
        <w:t>Primero escribe qué pasó de verdad. Discúlpate una vez, da una forma directa de contactarte y ahí termina. No discutas en público.</w:t>
      </w:r>
    </w:p>
    <w:p>
      <w:pPr>
        <w:keepNext/>
        <w:spacing w:after="120" w:before="320"/>
      </w:pPr>
      <w:r>
        <w:rPr>
          <w:rFonts w:ascii="Arial" w:hAnsi="Arial" w:eastAsia="Arial"/>
          <w:b/>
          <w:i w:val="0"/>
          <w:color w:val="1F2A22"/>
          <w:sz w:val="30"/>
        </w:rPr>
        <w:t>5. Tu agente semanal de reseñas</w:t>
      </w:r>
    </w:p>
    <w:p>
      <w:pPr>
        <w:spacing w:after="80" w:before="0"/>
        <w:ind w:left="397" w:hanging="397"/>
      </w:pPr>
      <w:r>
        <w:rPr>
          <w:rFonts w:ascii="Arial" w:hAnsi="Arial" w:eastAsia="Arial"/>
          <w:b/>
          <w:i w:val="0"/>
          <w:color w:val="E8431A"/>
          <w:sz w:val="21"/>
        </w:rPr>
        <w:t xml:space="preserve">1.  </w:t>
      </w:r>
      <w:r>
        <w:rPr>
          <w:rFonts w:ascii="Arial" w:hAnsi="Arial" w:eastAsia="Arial"/>
          <w:b w:val="0"/>
          <w:i w:val="0"/>
          <w:color w:val="1F2A22"/>
          <w:sz w:val="21"/>
        </w:rPr>
        <w:t>Crea un proyecto en Claude, o un GPT personalizado en ChatGPT, llamado Respuestas a reseñas.</w:t>
      </w:r>
    </w:p>
    <w:p>
      <w:pPr>
        <w:spacing w:after="80" w:before="0"/>
        <w:ind w:left="397" w:hanging="397"/>
      </w:pPr>
      <w:r>
        <w:rPr>
          <w:rFonts w:ascii="Arial" w:hAnsi="Arial" w:eastAsia="Arial"/>
          <w:b/>
          <w:i w:val="0"/>
          <w:color w:val="E8431A"/>
          <w:sz w:val="21"/>
        </w:rPr>
        <w:t xml:space="preserve">2.  </w:t>
      </w:r>
      <w:r>
        <w:rPr>
          <w:rFonts w:ascii="Arial" w:hAnsi="Arial" w:eastAsia="Arial"/>
          <w:b w:val="0"/>
          <w:i w:val="0"/>
          <w:color w:val="1F2A22"/>
          <w:sz w:val="21"/>
        </w:rPr>
        <w:t>Pega el prompt de la sección 4 como sus instrucciones.</w:t>
      </w:r>
    </w:p>
    <w:p>
      <w:pPr>
        <w:spacing w:after="80" w:before="0"/>
        <w:ind w:left="397" w:hanging="397"/>
      </w:pPr>
      <w:r>
        <w:rPr>
          <w:rFonts w:ascii="Arial" w:hAnsi="Arial" w:eastAsia="Arial"/>
          <w:b/>
          <w:i w:val="0"/>
          <w:color w:val="E8431A"/>
          <w:sz w:val="21"/>
        </w:rPr>
        <w:t xml:space="preserve">3.  </w:t>
      </w:r>
      <w:r>
        <w:rPr>
          <w:rFonts w:ascii="Arial" w:hAnsi="Arial" w:eastAsia="Arial"/>
          <w:b w:val="0"/>
          <w:i w:val="0"/>
          <w:color w:val="1F2A22"/>
          <w:sz w:val="21"/>
        </w:rPr>
        <w:t>Una vez a la semana, a la misma hora, copia tus reseñas nuevas de tu Perfil de Negocio y pégalas con el prompt de abajo.</w:t>
      </w:r>
    </w:p>
    <w:p>
      <w:pPr>
        <w:spacing w:after="80" w:before="0"/>
        <w:ind w:left="397" w:hanging="397"/>
      </w:pPr>
      <w:r>
        <w:rPr>
          <w:rFonts w:ascii="Arial" w:hAnsi="Arial" w:eastAsia="Arial"/>
          <w:b/>
          <w:i w:val="0"/>
          <w:color w:val="E8431A"/>
          <w:sz w:val="21"/>
        </w:rPr>
        <w:t xml:space="preserve">4.  </w:t>
      </w:r>
      <w:r>
        <w:rPr>
          <w:rFonts w:ascii="Arial" w:hAnsi="Arial" w:eastAsia="Arial"/>
          <w:b w:val="0"/>
          <w:i w:val="0"/>
          <w:color w:val="1F2A22"/>
          <w:sz w:val="21"/>
        </w:rPr>
        <w:t>Publica las respuestas que apruebes. Guarda los resúmenes en un solo lugar y revísalos una vez al mes.</w:t>
      </w:r>
    </w:p>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PROMPT SEMANAL EN ESPAÑOL</w:t>
            </w:r>
          </w:p>
          <w:p>
            <w:pPr>
              <w:spacing w:after="40" w:before="0"/>
            </w:pPr>
            <w:r>
              <w:rPr>
                <w:rFonts w:ascii="Arial" w:hAnsi="Arial" w:eastAsia="Arial"/>
                <w:b w:val="0"/>
                <w:i w:val="0"/>
                <w:color w:val="1F2A22"/>
                <w:sz w:val="20"/>
              </w:rPr>
              <w:t>Estas son las reseñas nuevas de Google de esta semana para [nombre del negocio]. Primero, prepara una respuesta para cada una siguiendo tus instrucciones, con el nombre de quien la escribió. Luego dame un resumen corto: qué elogiaron más, cualquier queja que salió más de una vez, cualquier empleado o producto que mencionaron por nombre y una cosa que podría cambiar esta semana. Que el resumen tenga menos de 120 palabras. Reseñas: [pega las reseñas]</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PROMPT SEMANAL EN INGLÉS</w:t>
            </w:r>
          </w:p>
          <w:p>
            <w:pPr>
              <w:spacing w:after="40" w:before="0"/>
            </w:pPr>
            <w:r>
              <w:rPr>
                <w:rFonts w:ascii="Arial" w:hAnsi="Arial" w:eastAsia="Arial"/>
                <w:b w:val="0"/>
                <w:i w:val="0"/>
                <w:color w:val="1F2A22"/>
                <w:sz w:val="20"/>
              </w:rPr>
              <w:t>Here are this week's new Google reviews for [business name]. First, draft a reply to each one using your instructions, labeled with the reviewer's name. Then give me a short summary: what customers praised most, any complaint that came up more than once, any employee or item mentioned by name, and one thing I could change this week. Keep the summary under 120 words. Reviews: [paste reviews]</w:t>
            </w:r>
          </w:p>
        </w:tc>
      </w:tr>
    </w:tbl>
    <w:p>
      <w:pPr>
        <w:spacing w:after="80" w:before="0"/>
      </w:pPr>
    </w:p>
    <w:tbl>
      <w:tblPr>
        <w:tblW w:type="auto" w:w="0"/>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Layout w:type="fixed"/>
        <w:tblCellMar>
          <w:top w:w="80" w:type="dxa"/>
          <w:left w:w="120" w:type="dxa"/>
          <w:bottom w:w="80" w:type="dxa"/>
          <w:right w:w="120" w:type="dxa"/>
        </w:tblCellMar>
        <w:tblLayout w:type="fixed"/>
      </w:tblPr>
      <w:tblGrid>
        <w:gridCol w:w="2436"/>
        <w:gridCol w:w="2436"/>
        <w:gridCol w:w="2436"/>
        <w:gridCol w:w="2436"/>
      </w:tblGrid>
      <w:tr>
        <w:tc>
          <w:tcPr>
            <w:tcW w:type="dxa" w:w="1701"/>
            <w:shd w:val="clear" w:color="auto" w:fill="1F2A22"/>
          </w:tcPr>
          <w:p>
            <w:r>
              <w:rPr>
                <w:rFonts w:ascii="Arial" w:hAnsi="Arial" w:eastAsia="Arial"/>
                <w:b/>
                <w:i w:val="0"/>
                <w:color w:val="F4F1EA"/>
                <w:sz w:val="18"/>
              </w:rPr>
              <w:t>Semana del</w:t>
            </w:r>
          </w:p>
        </w:tc>
        <w:tc>
          <w:tcPr>
            <w:tcW w:type="dxa" w:w="1701"/>
            <w:shd w:val="clear" w:color="auto" w:fill="1F2A22"/>
          </w:tcPr>
          <w:p>
            <w:r>
              <w:rPr>
                <w:rFonts w:ascii="Arial" w:hAnsi="Arial" w:eastAsia="Arial"/>
                <w:b/>
                <w:i w:val="0"/>
                <w:color w:val="F4F1EA"/>
                <w:sz w:val="18"/>
              </w:rPr>
              <w:t>Reseñas nuevas</w:t>
            </w:r>
          </w:p>
        </w:tc>
        <w:tc>
          <w:tcPr>
            <w:tcW w:type="dxa" w:w="1474"/>
            <w:shd w:val="clear" w:color="auto" w:fill="1F2A22"/>
          </w:tcPr>
          <w:p>
            <w:r>
              <w:rPr>
                <w:rFonts w:ascii="Arial" w:hAnsi="Arial" w:eastAsia="Arial"/>
                <w:b/>
                <w:i w:val="0"/>
                <w:color w:val="F4F1EA"/>
                <w:sz w:val="18"/>
              </w:rPr>
              <w:t>Contestadas</w:t>
            </w:r>
          </w:p>
        </w:tc>
        <w:tc>
          <w:tcPr>
            <w:tcW w:type="dxa" w:w="4535"/>
            <w:shd w:val="clear" w:color="auto" w:fill="1F2A22"/>
          </w:tcPr>
          <w:p>
            <w:r>
              <w:rPr>
                <w:rFonts w:ascii="Arial" w:hAnsi="Arial" w:eastAsia="Arial"/>
                <w:b/>
                <w:i w:val="0"/>
                <w:color w:val="F4F1EA"/>
                <w:sz w:val="18"/>
              </w:rPr>
              <w:t>Lo que los clientes repitieron</w:t>
            </w: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bl>
    <w:p>
      <w:pPr>
        <w:spacing w:after="80" w:before="0"/>
      </w:pPr>
    </w:p>
    <w:p>
      <w:pPr>
        <w:keepNext/>
        <w:spacing w:after="120" w:before="320"/>
      </w:pPr>
      <w:r>
        <w:rPr>
          <w:rFonts w:ascii="Arial" w:hAnsi="Arial" w:eastAsia="Arial"/>
          <w:b/>
          <w:i w:val="0"/>
          <w:color w:val="1F2A22"/>
          <w:sz w:val="30"/>
        </w:rPr>
        <w:t>6. Lo que Google no permite</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Nada de premios por reseñas: ni descuentos, ni productos gratis, ni rifas a cambio de una reseña.</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Pídela a todos. Escoger solo a los clientes contentos, o mandar primero a los molestos a otro lado, va contra las reglas de Google.</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Nada de reseñas tuyas, de tu familia o de tus empleados.</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Nada de reseñas falsas o compradas, incluidas las escritas con IA. En Estados Unidos, la FTC puede multar a los negocios que las compran.</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Nunca escribas la reseña por el cliente. La IA prepara tus respuestas, nunca sus reseñas.</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No ofrezcas promociones en tus respuestas.</w:t>
      </w:r>
    </w:p>
    <w:p>
      <w:pPr>
        <w:spacing w:after="120" w:before="0"/>
      </w:pPr>
    </w:p>
    <w:p>
      <w:pPr>
        <w:spacing w:after="120" w:before="0"/>
      </w:pPr>
      <w:r>
        <w:rPr>
          <w:rFonts w:ascii="Arial" w:hAnsi="Arial" w:eastAsia="Arial"/>
          <w:b w:val="0"/>
          <w:i w:val="0"/>
          <w:color w:val="5A6058"/>
          <w:sz w:val="18"/>
        </w:rPr>
        <w:t>¿Dudas, o quieres ayuda para dejarlo listo? Escríbenos a hello@ownedweb.com. Guía completa: ownedweb.com/es/guias/resenas-de-google/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de reseñas de Google</dc:title>
  <dc:subject/>
  <dc:creator>Owned Web</dc:creator>
  <cp:keywords/>
  <dc:description>generated by python-docx</dc:description>
  <cp:lastModifiedBy/>
  <cp:revision>1</cp:revision>
  <dcterms:created xsi:type="dcterms:W3CDTF">2013-12-23T23:15:00Z</dcterms:created>
  <dcterms:modified xsi:type="dcterms:W3CDTF">2013-12-23T23:15:00Z</dcterms:modified>
  <cp:category/>
</cp:coreProperties>
</file>